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10" w:rsidRPr="00FF4FAB" w:rsidRDefault="00313F21" w:rsidP="00FF4FAB">
      <w:pPr>
        <w:jc w:val="right"/>
        <w:rPr>
          <w:sz w:val="22"/>
        </w:rPr>
      </w:pPr>
      <w:proofErr w:type="spellStart"/>
      <w:r w:rsidRPr="00FF4FAB">
        <w:rPr>
          <w:sz w:val="22"/>
        </w:rPr>
        <w:t>Додаток</w:t>
      </w:r>
      <w:proofErr w:type="spellEnd"/>
      <w:r w:rsidRPr="00FF4FAB">
        <w:rPr>
          <w:sz w:val="22"/>
        </w:rPr>
        <w:t xml:space="preserve"> 7</w:t>
      </w:r>
    </w:p>
    <w:p w:rsidR="00045810" w:rsidRPr="00FF4FAB" w:rsidRDefault="00313F21" w:rsidP="00FF4FAB">
      <w:pPr>
        <w:jc w:val="center"/>
        <w:rPr>
          <w:sz w:val="28"/>
        </w:rPr>
      </w:pPr>
      <w:r w:rsidRPr="00FF4FAB">
        <w:rPr>
          <w:b/>
          <w:sz w:val="28"/>
        </w:rPr>
        <w:t>СПИСОК</w:t>
      </w:r>
    </w:p>
    <w:p w:rsidR="00045810" w:rsidRPr="00FF4FAB" w:rsidRDefault="00313F21" w:rsidP="00FF4FAB">
      <w:pPr>
        <w:jc w:val="center"/>
        <w:rPr>
          <w:sz w:val="28"/>
        </w:rPr>
      </w:pPr>
      <w:proofErr w:type="spellStart"/>
      <w:r w:rsidRPr="00FF4FAB">
        <w:rPr>
          <w:b/>
          <w:sz w:val="28"/>
        </w:rPr>
        <w:t>навчально-методичних</w:t>
      </w:r>
      <w:proofErr w:type="spellEnd"/>
      <w:r w:rsidRPr="00FF4FAB">
        <w:rPr>
          <w:b/>
          <w:sz w:val="28"/>
        </w:rPr>
        <w:t xml:space="preserve"> та </w:t>
      </w:r>
      <w:proofErr w:type="spellStart"/>
      <w:r w:rsidRPr="00FF4FAB">
        <w:rPr>
          <w:b/>
          <w:sz w:val="28"/>
        </w:rPr>
        <w:t>наукових</w:t>
      </w:r>
      <w:proofErr w:type="spellEnd"/>
      <w:r w:rsidRPr="00FF4FAB">
        <w:rPr>
          <w:b/>
          <w:sz w:val="28"/>
        </w:rPr>
        <w:t xml:space="preserve"> </w:t>
      </w:r>
      <w:proofErr w:type="spellStart"/>
      <w:r w:rsidRPr="00FF4FAB">
        <w:rPr>
          <w:b/>
          <w:sz w:val="28"/>
        </w:rPr>
        <w:t>праць</w:t>
      </w:r>
      <w:proofErr w:type="spellEnd"/>
    </w:p>
    <w:p w:rsidR="00045810" w:rsidRPr="00FF4FAB" w:rsidRDefault="00313F21" w:rsidP="00FF4FAB">
      <w:pPr>
        <w:jc w:val="center"/>
        <w:rPr>
          <w:b/>
          <w:sz w:val="28"/>
        </w:rPr>
      </w:pPr>
      <w:proofErr w:type="spellStart"/>
      <w:r w:rsidRPr="00FF4FAB">
        <w:rPr>
          <w:b/>
          <w:sz w:val="28"/>
        </w:rPr>
        <w:t>Федотової</w:t>
      </w:r>
      <w:proofErr w:type="spellEnd"/>
      <w:r w:rsidRPr="00FF4FAB">
        <w:rPr>
          <w:b/>
          <w:sz w:val="28"/>
        </w:rPr>
        <w:t xml:space="preserve"> </w:t>
      </w:r>
      <w:proofErr w:type="spellStart"/>
      <w:proofErr w:type="gramStart"/>
      <w:r w:rsidRPr="00FF4FAB">
        <w:rPr>
          <w:b/>
          <w:sz w:val="28"/>
        </w:rPr>
        <w:t>І</w:t>
      </w:r>
      <w:r w:rsidR="00AC2A5F" w:rsidRPr="00FF4FAB">
        <w:rPr>
          <w:b/>
          <w:sz w:val="28"/>
        </w:rPr>
        <w:t>нгі</w:t>
      </w:r>
      <w:proofErr w:type="spellEnd"/>
      <w:r w:rsidR="00AC2A5F" w:rsidRPr="00FF4FAB">
        <w:rPr>
          <w:b/>
          <w:sz w:val="28"/>
        </w:rPr>
        <w:t xml:space="preserve"> </w:t>
      </w:r>
      <w:r w:rsidRPr="00FF4FAB">
        <w:rPr>
          <w:b/>
          <w:sz w:val="28"/>
        </w:rPr>
        <w:t xml:space="preserve"> </w:t>
      </w:r>
      <w:proofErr w:type="spellStart"/>
      <w:r w:rsidRPr="00FF4FAB">
        <w:rPr>
          <w:b/>
          <w:sz w:val="28"/>
        </w:rPr>
        <w:t>Ф</w:t>
      </w:r>
      <w:r w:rsidR="00AC2A5F" w:rsidRPr="00FF4FAB">
        <w:rPr>
          <w:b/>
          <w:sz w:val="28"/>
        </w:rPr>
        <w:t>ридонівни</w:t>
      </w:r>
      <w:proofErr w:type="spellEnd"/>
      <w:proofErr w:type="gramEnd"/>
      <w:r w:rsidRPr="00FF4FAB">
        <w:rPr>
          <w:b/>
          <w:sz w:val="28"/>
        </w:rPr>
        <w:t>.</w:t>
      </w:r>
    </w:p>
    <w:p w:rsidR="00AC2A5F" w:rsidRPr="00FF4FAB" w:rsidRDefault="00AC2A5F" w:rsidP="00FF4FAB">
      <w:pPr>
        <w:jc w:val="center"/>
        <w:rPr>
          <w:sz w:val="28"/>
        </w:rPr>
      </w:pPr>
      <w:r w:rsidRPr="00FF4FAB">
        <w:rPr>
          <w:sz w:val="28"/>
        </w:rPr>
        <w:t>(</w:t>
      </w:r>
      <w:proofErr w:type="spellStart"/>
      <w:r w:rsidRPr="00FF4FAB">
        <w:rPr>
          <w:sz w:val="28"/>
        </w:rPr>
        <w:t>Fedotova</w:t>
      </w:r>
      <w:proofErr w:type="spellEnd"/>
      <w:r w:rsidRPr="00FF4FAB">
        <w:rPr>
          <w:sz w:val="28"/>
        </w:rPr>
        <w:t xml:space="preserve"> I.)</w:t>
      </w:r>
    </w:p>
    <w:p w:rsidR="00FF4FAB" w:rsidRPr="00FF4FAB" w:rsidRDefault="00FF4FAB" w:rsidP="00FF4FAB">
      <w:pPr>
        <w:rPr>
          <w:sz w:val="22"/>
        </w:rPr>
      </w:pPr>
    </w:p>
    <w:tbl>
      <w:tblPr>
        <w:tblStyle w:val="aff2"/>
        <w:tblW w:w="10268" w:type="dxa"/>
        <w:jc w:val="center"/>
        <w:tblLayout w:type="fixed"/>
        <w:tblLook w:val="04A0" w:firstRow="1" w:lastRow="0" w:firstColumn="1" w:lastColumn="0" w:noHBand="0" w:noVBand="1"/>
      </w:tblPr>
      <w:tblGrid>
        <w:gridCol w:w="726"/>
        <w:gridCol w:w="2455"/>
        <w:gridCol w:w="1104"/>
        <w:gridCol w:w="30"/>
        <w:gridCol w:w="2977"/>
        <w:gridCol w:w="1044"/>
        <w:gridCol w:w="15"/>
        <w:gridCol w:w="1917"/>
      </w:tblGrid>
      <w:tr w:rsidR="00045810" w:rsidRPr="00FF4FAB" w:rsidTr="00AA1652">
        <w:trPr>
          <w:cantSplit/>
          <w:tblHeader/>
          <w:jc w:val="center"/>
        </w:trPr>
        <w:tc>
          <w:tcPr>
            <w:tcW w:w="726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  <w:rPr>
                <w:sz w:val="22"/>
              </w:rPr>
            </w:pPr>
            <w:r w:rsidRPr="00D54747">
              <w:rPr>
                <w:b/>
                <w:sz w:val="22"/>
              </w:rPr>
              <w:t>№</w:t>
            </w:r>
            <w:r w:rsidRPr="00D54747">
              <w:rPr>
                <w:b/>
                <w:sz w:val="22"/>
              </w:rPr>
              <w:br/>
              <w:t>з/п</w:t>
            </w:r>
          </w:p>
        </w:tc>
        <w:tc>
          <w:tcPr>
            <w:tcW w:w="2455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  <w:rPr>
                <w:sz w:val="22"/>
              </w:rPr>
            </w:pPr>
            <w:proofErr w:type="spellStart"/>
            <w:r w:rsidRPr="00D54747">
              <w:rPr>
                <w:b/>
                <w:sz w:val="22"/>
              </w:rPr>
              <w:t>Назва</w:t>
            </w:r>
            <w:proofErr w:type="spellEnd"/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  <w:rPr>
                <w:sz w:val="22"/>
              </w:rPr>
            </w:pPr>
            <w:r w:rsidRPr="00D54747">
              <w:rPr>
                <w:b/>
                <w:sz w:val="22"/>
              </w:rPr>
              <w:t>Характер</w:t>
            </w:r>
            <w:r w:rsidRPr="00D54747">
              <w:rPr>
                <w:b/>
                <w:sz w:val="22"/>
              </w:rPr>
              <w:br/>
            </w:r>
            <w:proofErr w:type="spellStart"/>
            <w:r w:rsidRPr="00D54747">
              <w:rPr>
                <w:b/>
                <w:sz w:val="22"/>
              </w:rPr>
              <w:t>роботи</w:t>
            </w:r>
            <w:proofErr w:type="spellEnd"/>
          </w:p>
        </w:tc>
        <w:tc>
          <w:tcPr>
            <w:tcW w:w="2977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  <w:rPr>
                <w:sz w:val="22"/>
              </w:rPr>
            </w:pPr>
            <w:proofErr w:type="spellStart"/>
            <w:r w:rsidRPr="00D54747">
              <w:rPr>
                <w:b/>
                <w:sz w:val="22"/>
              </w:rPr>
              <w:t>Вихідні</w:t>
            </w:r>
            <w:proofErr w:type="spellEnd"/>
            <w:r w:rsidRPr="00D54747">
              <w:rPr>
                <w:b/>
                <w:sz w:val="22"/>
              </w:rPr>
              <w:t xml:space="preserve"> </w:t>
            </w:r>
            <w:proofErr w:type="spellStart"/>
            <w:r w:rsidRPr="00D54747">
              <w:rPr>
                <w:b/>
                <w:sz w:val="22"/>
              </w:rPr>
              <w:t>дані</w:t>
            </w:r>
            <w:proofErr w:type="spellEnd"/>
          </w:p>
        </w:tc>
        <w:tc>
          <w:tcPr>
            <w:tcW w:w="1044" w:type="dxa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  <w:rPr>
                <w:sz w:val="22"/>
              </w:rPr>
            </w:pPr>
            <w:proofErr w:type="spellStart"/>
            <w:r w:rsidRPr="00D54747">
              <w:rPr>
                <w:b/>
                <w:sz w:val="18"/>
              </w:rPr>
              <w:t>Обсяг</w:t>
            </w:r>
            <w:proofErr w:type="spellEnd"/>
            <w:r w:rsidRPr="00D54747">
              <w:rPr>
                <w:b/>
                <w:sz w:val="18"/>
              </w:rPr>
              <w:t xml:space="preserve"> (у </w:t>
            </w:r>
            <w:proofErr w:type="spellStart"/>
            <w:r w:rsidRPr="00D54747">
              <w:rPr>
                <w:b/>
                <w:sz w:val="18"/>
              </w:rPr>
              <w:t>стор</w:t>
            </w:r>
            <w:proofErr w:type="spellEnd"/>
            <w:r w:rsidRPr="00D54747">
              <w:rPr>
                <w:b/>
                <w:sz w:val="18"/>
              </w:rPr>
              <w:t>.) /</w:t>
            </w:r>
            <w:r w:rsidRPr="00D54747">
              <w:rPr>
                <w:b/>
                <w:sz w:val="18"/>
              </w:rPr>
              <w:br/>
            </w:r>
            <w:proofErr w:type="spellStart"/>
            <w:r w:rsidRPr="00D54747">
              <w:rPr>
                <w:b/>
                <w:sz w:val="18"/>
              </w:rPr>
              <w:t>авторський</w:t>
            </w:r>
            <w:proofErr w:type="spellEnd"/>
            <w:r w:rsidRPr="00D54747">
              <w:rPr>
                <w:b/>
                <w:sz w:val="18"/>
              </w:rPr>
              <w:t xml:space="preserve"> </w:t>
            </w:r>
            <w:proofErr w:type="spellStart"/>
            <w:r w:rsidRPr="00D54747">
              <w:rPr>
                <w:b/>
                <w:sz w:val="18"/>
              </w:rPr>
              <w:t>доробок</w:t>
            </w:r>
            <w:proofErr w:type="spellEnd"/>
          </w:p>
        </w:tc>
        <w:tc>
          <w:tcPr>
            <w:tcW w:w="1932" w:type="dxa"/>
            <w:gridSpan w:val="2"/>
            <w:shd w:val="clear" w:color="auto" w:fill="FFFFFF" w:themeFill="background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167317" w:rsidRDefault="00313F21" w:rsidP="00FF4FAB">
            <w:pPr>
              <w:jc w:val="center"/>
            </w:pPr>
            <w:proofErr w:type="spellStart"/>
            <w:r w:rsidRPr="00167317">
              <w:rPr>
                <w:b/>
              </w:rPr>
              <w:t>Співавтори</w:t>
            </w:r>
            <w:proofErr w:type="spellEnd"/>
          </w:p>
        </w:tc>
      </w:tr>
      <w:tr w:rsidR="00045810" w:rsidRPr="00FF4FAB" w:rsidTr="00FF4FAB">
        <w:trPr>
          <w:cantSplit/>
          <w:tblHeader/>
          <w:jc w:val="center"/>
        </w:trPr>
        <w:tc>
          <w:tcPr>
            <w:tcW w:w="7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</w:pPr>
            <w:r w:rsidRPr="00D54747">
              <w:rPr>
                <w:b/>
              </w:rPr>
              <w:t>1</w:t>
            </w:r>
          </w:p>
        </w:tc>
        <w:tc>
          <w:tcPr>
            <w:tcW w:w="24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</w:pPr>
            <w:r w:rsidRPr="00D54747">
              <w:rPr>
                <w:b/>
              </w:rPr>
              <w:t>2</w:t>
            </w:r>
          </w:p>
        </w:tc>
        <w:tc>
          <w:tcPr>
            <w:tcW w:w="1134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</w:pPr>
            <w:r w:rsidRPr="00D54747">
              <w:rPr>
                <w:b/>
              </w:rPr>
              <w:t>3</w:t>
            </w:r>
          </w:p>
        </w:tc>
        <w:tc>
          <w:tcPr>
            <w:tcW w:w="297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</w:pPr>
            <w:r w:rsidRPr="00D54747">
              <w:rPr>
                <w:b/>
              </w:rPr>
              <w:t>4</w:t>
            </w:r>
          </w:p>
        </w:tc>
        <w:tc>
          <w:tcPr>
            <w:tcW w:w="10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D54747" w:rsidRDefault="00313F21" w:rsidP="00FF4FAB">
            <w:pPr>
              <w:jc w:val="center"/>
            </w:pPr>
            <w:r w:rsidRPr="00D54747">
              <w:rPr>
                <w:b/>
              </w:rPr>
              <w:t>5</w:t>
            </w:r>
          </w:p>
        </w:tc>
        <w:tc>
          <w:tcPr>
            <w:tcW w:w="1932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045810" w:rsidRPr="00167317" w:rsidRDefault="00313F21" w:rsidP="00FF4FAB">
            <w:pPr>
              <w:jc w:val="center"/>
            </w:pPr>
            <w:r w:rsidRPr="00167317">
              <w:rPr>
                <w:b/>
              </w:rPr>
              <w:t>6</w:t>
            </w:r>
          </w:p>
        </w:tc>
      </w:tr>
      <w:tr w:rsidR="00FF4FAB" w:rsidRPr="000932CC" w:rsidTr="00D54747">
        <w:trPr>
          <w:cantSplit/>
          <w:trHeight w:val="530"/>
          <w:jc w:val="center"/>
        </w:trPr>
        <w:tc>
          <w:tcPr>
            <w:tcW w:w="10268" w:type="dxa"/>
            <w:gridSpan w:val="8"/>
            <w:shd w:val="clear" w:color="auto" w:fill="EDEDED"/>
          </w:tcPr>
          <w:p w:rsidR="00FF4FAB" w:rsidRPr="00167317" w:rsidRDefault="00FF4FAB" w:rsidP="00FF4FAB">
            <w:pPr>
              <w:jc w:val="center"/>
              <w:rPr>
                <w:lang w:val="uk-UA"/>
              </w:rPr>
            </w:pPr>
            <w:r w:rsidRPr="00167317">
              <w:rPr>
                <w:b/>
              </w:rPr>
              <w:t>I. </w:t>
            </w:r>
            <w:r w:rsidRPr="00167317">
              <w:rPr>
                <w:b/>
                <w:lang w:val="uk-UA"/>
              </w:rPr>
              <w:t xml:space="preserve">Наукові праці за профілем кафедри, опубліковані до захисту докторської дисертації </w:t>
            </w:r>
          </w:p>
        </w:tc>
      </w:tr>
      <w:tr w:rsidR="00FF4FAB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Клініко-іммуно-біохімічні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співвідношення</w:t>
            </w:r>
            <w:proofErr w:type="spellEnd"/>
            <w:r w:rsidRPr="00D54747">
              <w:t xml:space="preserve"> у </w:t>
            </w:r>
            <w:proofErr w:type="spellStart"/>
            <w:r w:rsidRPr="00D54747">
              <w:t>хворих</w:t>
            </w:r>
            <w:proofErr w:type="spellEnd"/>
            <w:r w:rsidRPr="00D54747">
              <w:t xml:space="preserve"> на атерогенную </w:t>
            </w:r>
            <w:proofErr w:type="spellStart"/>
            <w:r w:rsidRPr="00D54747">
              <w:t>вестібулопатію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167317">
            <w:r w:rsidRPr="00D54747">
              <w:t>Журнал</w:t>
            </w:r>
            <w:r w:rsidRPr="000932CC">
              <w:t xml:space="preserve"> "</w:t>
            </w:r>
            <w:proofErr w:type="spellStart"/>
            <w:r w:rsidRPr="00D54747">
              <w:t>Український</w:t>
            </w:r>
            <w:proofErr w:type="spellEnd"/>
            <w:r w:rsidRPr="000932CC">
              <w:t xml:space="preserve"> </w:t>
            </w:r>
            <w:proofErr w:type="spellStart"/>
            <w:r w:rsidRPr="00D54747">
              <w:t>вісник</w:t>
            </w:r>
            <w:proofErr w:type="spellEnd"/>
            <w:r w:rsidRPr="000932CC">
              <w:t xml:space="preserve"> </w:t>
            </w:r>
            <w:proofErr w:type="spellStart"/>
            <w:r w:rsidRPr="00D54747">
              <w:t>псіхоневрології</w:t>
            </w:r>
            <w:proofErr w:type="spellEnd"/>
            <w:r w:rsidRPr="000932CC">
              <w:t>", 1996.</w:t>
            </w:r>
            <w:r w:rsidR="00167317">
              <w:rPr>
                <w:lang w:val="uk-UA"/>
              </w:rPr>
              <w:t xml:space="preserve"> </w:t>
            </w:r>
            <w:r w:rsidRPr="00D54747">
              <w:t>Т</w:t>
            </w:r>
            <w:r w:rsidRPr="000932CC">
              <w:t xml:space="preserve">4., </w:t>
            </w:r>
            <w:proofErr w:type="spellStart"/>
            <w:r w:rsidRPr="00D54747">
              <w:t>Вип</w:t>
            </w:r>
            <w:proofErr w:type="spellEnd"/>
            <w:r w:rsidRPr="000932CC">
              <w:t>. 3(10).</w:t>
            </w:r>
            <w:r w:rsidR="00167317" w:rsidRPr="000932CC">
              <w:t xml:space="preserve"> </w:t>
            </w:r>
            <w:r w:rsidRPr="00D54747">
              <w:t>С</w:t>
            </w:r>
            <w:r w:rsidRPr="00167317">
              <w:t>.321-324.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4 / 2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932CC" w:rsidRDefault="00FF4FAB" w:rsidP="00FF4FAB">
            <w:r w:rsidRPr="00167317">
              <w:t>Федорович</w:t>
            </w:r>
            <w:r w:rsidRPr="000932CC">
              <w:t xml:space="preserve"> </w:t>
            </w:r>
            <w:r w:rsidRPr="00167317">
              <w:t>А</w:t>
            </w:r>
            <w:r w:rsidRPr="000932CC">
              <w:t>.</w:t>
            </w:r>
            <w:r w:rsidRPr="00167317">
              <w:t>С</w:t>
            </w:r>
            <w:r w:rsidRPr="000932CC">
              <w:t xml:space="preserve">., </w:t>
            </w:r>
            <w:proofErr w:type="spellStart"/>
            <w:r w:rsidRPr="00167317">
              <w:t>Козарь</w:t>
            </w:r>
            <w:proofErr w:type="spellEnd"/>
            <w:r w:rsidRPr="000932CC">
              <w:t xml:space="preserve"> </w:t>
            </w:r>
            <w:r w:rsidRPr="00167317">
              <w:t>В</w:t>
            </w:r>
            <w:r w:rsidRPr="000932CC">
              <w:t>.</w:t>
            </w:r>
            <w:r w:rsidRPr="00167317">
              <w:t>В</w:t>
            </w:r>
            <w:r w:rsidRPr="000932CC">
              <w:t>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2.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Effects of etanercept on procoagulant activity and fibrinolysis in patients with rheumatoid arthritis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  <w:rPr>
                <w:lang w:val="uk-UA"/>
              </w:rPr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167317">
            <w:r w:rsidRPr="00081ECD">
              <w:rPr>
                <w:lang w:val="en-US"/>
              </w:rPr>
              <w:t>Supplement to the Journal Throm</w:t>
            </w:r>
            <w:bookmarkStart w:id="0" w:name="_GoBack"/>
            <w:bookmarkEnd w:id="0"/>
            <w:r w:rsidRPr="00081ECD">
              <w:rPr>
                <w:lang w:val="en-US"/>
              </w:rPr>
              <w:t xml:space="preserve">bosis and Hemostasis, July 2003.  </w:t>
            </w:r>
            <w:r w:rsidRPr="00D54747">
              <w:t>P.202.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Korzh</w:t>
            </w:r>
            <w:proofErr w:type="spellEnd"/>
            <w:r w:rsidRPr="00167317">
              <w:t xml:space="preserve"> I., Nemtsova V.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3.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The influence of cyclooxygenase-2-selective </w:t>
            </w:r>
            <w:proofErr w:type="spellStart"/>
            <w:r w:rsidRPr="00081ECD">
              <w:rPr>
                <w:lang w:val="en-US"/>
              </w:rPr>
              <w:t>nonsteroid</w:t>
            </w:r>
            <w:proofErr w:type="spellEnd"/>
            <w:r w:rsidRPr="00081ECD">
              <w:rPr>
                <w:lang w:val="en-US"/>
              </w:rPr>
              <w:t xml:space="preserve"> anti-inflammatory drugs on bleeding complications in aspirin users /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  <w:rPr>
                <w:lang w:val="uk-UA"/>
              </w:rPr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  <w:r w:rsidRPr="00D54747">
              <w:t>\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167317">
            <w:r w:rsidRPr="00081ECD">
              <w:rPr>
                <w:lang w:val="en-US"/>
              </w:rPr>
              <w:t xml:space="preserve">Supplement to the Journal Thrombosis and Hemostasis, July 2003.  </w:t>
            </w:r>
            <w:r w:rsidRPr="00D54747">
              <w:t>P.614.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r w:rsidRPr="00167317">
              <w:t>Nemtsova V.,</w:t>
            </w:r>
          </w:p>
          <w:p w:rsidR="00FF4FAB" w:rsidRPr="00167317" w:rsidRDefault="00FF4FAB" w:rsidP="00FF4FAB">
            <w:r w:rsidRPr="00167317">
              <w:t xml:space="preserve"> </w:t>
            </w:r>
            <w:proofErr w:type="spellStart"/>
            <w:r w:rsidRPr="00167317">
              <w:t>Korzh</w:t>
            </w:r>
            <w:proofErr w:type="spellEnd"/>
            <w:r w:rsidRPr="00167317">
              <w:t xml:space="preserve"> O.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4.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Influence of </w:t>
            </w:r>
            <w:proofErr w:type="spellStart"/>
            <w:r w:rsidRPr="00081ECD">
              <w:rPr>
                <w:lang w:val="en-US"/>
              </w:rPr>
              <w:t>irbesartan</w:t>
            </w:r>
            <w:proofErr w:type="spellEnd"/>
            <w:r w:rsidRPr="00081ECD">
              <w:rPr>
                <w:lang w:val="en-US"/>
              </w:rPr>
              <w:t xml:space="preserve"> on plasma concentrations of adhesion molecules and chemokines in essential hypertension and ischemic cerebrovascular disease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  <w:rPr>
                <w:lang w:val="uk-UA"/>
              </w:rPr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167317">
            <w:pPr>
              <w:rPr>
                <w:lang w:val="en-US"/>
              </w:rPr>
            </w:pPr>
            <w:r w:rsidRPr="00081ECD">
              <w:rPr>
                <w:lang w:val="en-US"/>
              </w:rPr>
              <w:t>Journal of Hypertension.</w:t>
            </w:r>
            <w:r w:rsidR="00167317">
              <w:rPr>
                <w:lang w:val="uk-UA"/>
              </w:rPr>
              <w:t xml:space="preserve"> </w:t>
            </w:r>
            <w:r w:rsidRPr="00081ECD">
              <w:rPr>
                <w:lang w:val="en-US"/>
              </w:rPr>
              <w:t>2004.</w:t>
            </w:r>
            <w:r w:rsidR="00167317">
              <w:rPr>
                <w:lang w:val="uk-UA"/>
              </w:rPr>
              <w:t xml:space="preserve"> </w:t>
            </w:r>
            <w:r w:rsidRPr="00081ECD">
              <w:rPr>
                <w:lang w:val="en-US"/>
              </w:rPr>
              <w:t>vol.XXII, suppl. I. P.109.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rPr>
                <w:lang w:val="uk-UA"/>
              </w:rPr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Korzh</w:t>
            </w:r>
            <w:proofErr w:type="spellEnd"/>
            <w:r w:rsidRPr="00167317">
              <w:t xml:space="preserve"> I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5.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Influence of angiotensin II antagonism on arterial distensibility in patients with essential hypertension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  <w:rPr>
                <w:lang w:val="uk-UA"/>
              </w:rPr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6F3B4A" w:rsidRDefault="00FF4FAB" w:rsidP="00167317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Circulation Journal.  2004. Vol. 68, suppl. I.  </w:t>
            </w:r>
            <w:r w:rsidRPr="006F3B4A">
              <w:rPr>
                <w:lang w:val="en-US"/>
              </w:rPr>
              <w:t>P.472-473.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2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Korzh</w:t>
            </w:r>
            <w:proofErr w:type="spellEnd"/>
            <w:r w:rsidRPr="00167317">
              <w:t xml:space="preserve"> I.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6.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The response of knee osteoarthritis patients to treatment with rofecoxib and physiotherapy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  <w:rPr>
                <w:lang w:val="uk-UA"/>
              </w:rPr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167317">
            <w:r w:rsidRPr="00081ECD">
              <w:rPr>
                <w:lang w:val="en-US"/>
              </w:rPr>
              <w:t>Annals of the Rheumatic Diseases.</w:t>
            </w:r>
            <w:r w:rsidR="00167317">
              <w:rPr>
                <w:lang w:val="uk-UA"/>
              </w:rPr>
              <w:t xml:space="preserve"> </w:t>
            </w:r>
            <w:r w:rsidRPr="00D54747">
              <w:t xml:space="preserve">2004. </w:t>
            </w:r>
            <w:r w:rsidR="00167317">
              <w:rPr>
                <w:lang w:val="uk-UA"/>
              </w:rPr>
              <w:t xml:space="preserve"> </w:t>
            </w:r>
            <w:r w:rsidRPr="00D54747">
              <w:t>Vol. 63, supplement 1.  P.357.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Korzh</w:t>
            </w:r>
            <w:proofErr w:type="spellEnd"/>
            <w:r w:rsidRPr="00167317">
              <w:t xml:space="preserve"> I.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lastRenderedPageBreak/>
              <w:t>7.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Comparison of analgesic efficacy of nimesulide, celecoxib and rofecoxib in the treatment of chronic low back pain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  <w:p w:rsidR="00FF4FAB" w:rsidRPr="00D54747" w:rsidRDefault="00FF4FAB" w:rsidP="00FF4FAB">
            <w:pPr>
              <w:jc w:val="center"/>
              <w:rPr>
                <w:lang w:val="uk-UA"/>
              </w:rPr>
            </w:pP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167317">
            <w:r w:rsidRPr="00081ECD">
              <w:rPr>
                <w:lang w:val="en-US"/>
              </w:rPr>
              <w:t xml:space="preserve">Annals of the Rheumatic Diseases.2004.  </w:t>
            </w:r>
            <w:r w:rsidRPr="00D54747">
              <w:t>Vol. 63, supplement 1.  P.427.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Korzh</w:t>
            </w:r>
            <w:proofErr w:type="spellEnd"/>
            <w:r w:rsidRPr="00167317">
              <w:t xml:space="preserve"> I.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8.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Efficacy and safety of montelukast in the treatment of perennial allergic rhinitis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167317">
            <w:r w:rsidRPr="00081ECD">
              <w:rPr>
                <w:lang w:val="en-US"/>
              </w:rPr>
              <w:t>XXIII EAACI Congress.</w:t>
            </w:r>
            <w:r w:rsidR="00167317">
              <w:rPr>
                <w:lang w:val="uk-UA"/>
              </w:rPr>
              <w:t xml:space="preserve"> </w:t>
            </w:r>
            <w:r w:rsidRPr="00081ECD">
              <w:rPr>
                <w:lang w:val="en-US"/>
              </w:rPr>
              <w:t>Amsterdam, Netherlands, 2004.</w:t>
            </w:r>
            <w:r w:rsidR="00167317">
              <w:rPr>
                <w:lang w:val="uk-UA"/>
              </w:rPr>
              <w:t xml:space="preserve"> </w:t>
            </w:r>
            <w:r w:rsidRPr="00D54747">
              <w:t>Abstract Book.– P.78.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Korzh</w:t>
            </w:r>
            <w:proofErr w:type="spellEnd"/>
            <w:r w:rsidRPr="00167317">
              <w:t xml:space="preserve"> I.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9.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Effects of anti-IgE antibody omalizumab on allergen challenge-induced mucinous secretion and plasma exudation in allergic rhinitis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167317">
            <w:r w:rsidRPr="00081ECD">
              <w:rPr>
                <w:lang w:val="en-US"/>
              </w:rPr>
              <w:t>XXIII EAACI Congress</w:t>
            </w:r>
            <w:r w:rsidR="00167317">
              <w:rPr>
                <w:lang w:val="uk-UA"/>
              </w:rPr>
              <w:t xml:space="preserve"> </w:t>
            </w:r>
            <w:r w:rsidR="00167317" w:rsidRPr="00081ECD">
              <w:rPr>
                <w:lang w:val="en-US"/>
              </w:rPr>
              <w:t xml:space="preserve">Amsterdam, Netherlands, 2004. </w:t>
            </w:r>
            <w:r w:rsidRPr="00D54747">
              <w:t>Abstract Book</w:t>
            </w:r>
            <w:r w:rsidR="00167317">
              <w:rPr>
                <w:lang w:val="uk-UA"/>
              </w:rPr>
              <w:t xml:space="preserve">. </w:t>
            </w:r>
            <w:r w:rsidRPr="00D54747">
              <w:t>P.143.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Korzh</w:t>
            </w:r>
            <w:proofErr w:type="spellEnd"/>
            <w:r w:rsidRPr="00167317">
              <w:t xml:space="preserve"> I.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10.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Transcranial magnetic stimulation in lower motor neuron diseases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  <w:rPr>
                <w:lang w:val="uk-UA"/>
              </w:rPr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Journal of Neurology, Vol.  252, Sup.2, June 2005, P.88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/>
        </w:tc>
      </w:tr>
      <w:tr w:rsidR="00FF4FAB" w:rsidRPr="00416B81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11.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Chronic low back pain in oldest adults.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proofErr w:type="spellStart"/>
            <w:r w:rsidRPr="00D54747">
              <w:t>тези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r w:rsidRPr="00081ECD">
              <w:rPr>
                <w:lang w:val="en-US"/>
              </w:rPr>
              <w:t>European journal of pain. – 2006- Vol. 10, supplement 1.</w:t>
            </w:r>
            <w:r w:rsidRPr="00D54747">
              <w:rPr>
                <w:lang w:val="uk-UA"/>
              </w:rPr>
              <w:t xml:space="preserve">- </w:t>
            </w:r>
            <w:r w:rsidRPr="00D54747">
              <w:t>P.234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6F3B4A" w:rsidRDefault="00FF4FAB" w:rsidP="00FF4FAB">
            <w:pPr>
              <w:rPr>
                <w:lang w:val="en-US"/>
              </w:rPr>
            </w:pPr>
            <w:r w:rsidRPr="006F3B4A">
              <w:rPr>
                <w:lang w:val="en-US"/>
              </w:rPr>
              <w:t>Nemtsova V., Feklina I.V.</w:t>
            </w:r>
          </w:p>
        </w:tc>
      </w:tr>
      <w:tr w:rsidR="00FF4FAB" w:rsidRPr="00167317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12.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r w:rsidRPr="00081ECD">
              <w:rPr>
                <w:lang w:val="en-US"/>
              </w:rPr>
              <w:t xml:space="preserve">Comparison of analgesic efficacy of nimesulide, celecoxib and rofecoxib in the treatment of chronic low back pain. </w:t>
            </w:r>
            <w:r w:rsidRPr="00D54747">
              <w:t>Annals of the Rheumatic Diseases.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  <w:rPr>
                <w:lang w:val="uk-UA"/>
              </w:rPr>
            </w:pPr>
            <w:r w:rsidRPr="00D54747">
              <w:rPr>
                <w:lang w:val="uk-UA"/>
              </w:rPr>
              <w:t>тези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167317">
            <w:pPr>
              <w:rPr>
                <w:lang w:val="uk-UA"/>
              </w:rPr>
            </w:pPr>
            <w:r w:rsidRPr="00081ECD">
              <w:rPr>
                <w:lang w:val="en-US"/>
              </w:rPr>
              <w:t>Annals</w:t>
            </w:r>
            <w:r w:rsidRPr="00167317">
              <w:rPr>
                <w:lang w:val="uk-UA"/>
              </w:rPr>
              <w:t xml:space="preserve"> </w:t>
            </w:r>
            <w:r w:rsidRPr="00081ECD">
              <w:rPr>
                <w:lang w:val="en-US"/>
              </w:rPr>
              <w:t>of</w:t>
            </w:r>
            <w:r w:rsidRPr="00167317">
              <w:rPr>
                <w:lang w:val="uk-UA"/>
              </w:rPr>
              <w:t xml:space="preserve"> </w:t>
            </w:r>
            <w:r w:rsidRPr="00081ECD">
              <w:rPr>
                <w:lang w:val="en-US"/>
              </w:rPr>
              <w:t>the</w:t>
            </w:r>
            <w:r w:rsidRPr="00167317">
              <w:rPr>
                <w:lang w:val="uk-UA"/>
              </w:rPr>
              <w:t xml:space="preserve"> </w:t>
            </w:r>
            <w:r w:rsidRPr="00081ECD">
              <w:rPr>
                <w:lang w:val="en-US"/>
              </w:rPr>
              <w:t>Rheumatic</w:t>
            </w:r>
            <w:r w:rsidRPr="00167317">
              <w:rPr>
                <w:lang w:val="uk-UA"/>
              </w:rPr>
              <w:t xml:space="preserve"> </w:t>
            </w:r>
            <w:r w:rsidRPr="00081ECD">
              <w:rPr>
                <w:lang w:val="en-US"/>
              </w:rPr>
              <w:t>Diseases</w:t>
            </w:r>
            <w:r w:rsidRPr="00167317">
              <w:rPr>
                <w:lang w:val="uk-UA"/>
              </w:rPr>
              <w:t>.</w:t>
            </w:r>
            <w:r w:rsidR="00167317">
              <w:rPr>
                <w:lang w:val="uk-UA"/>
              </w:rPr>
              <w:t xml:space="preserve"> </w:t>
            </w:r>
            <w:r w:rsidRPr="00167317">
              <w:rPr>
                <w:lang w:val="uk-UA"/>
              </w:rPr>
              <w:t xml:space="preserve">2006. </w:t>
            </w:r>
            <w:r w:rsidR="00167317">
              <w:rPr>
                <w:lang w:val="uk-UA"/>
              </w:rPr>
              <w:t xml:space="preserve"> </w:t>
            </w:r>
            <w:r w:rsidRPr="00D54747">
              <w:t>Vol</w:t>
            </w:r>
            <w:r w:rsidRPr="00167317">
              <w:rPr>
                <w:lang w:val="uk-UA"/>
              </w:rPr>
              <w:t xml:space="preserve">. 63, </w:t>
            </w:r>
            <w:r w:rsidRPr="00D54747">
              <w:t>supplement</w:t>
            </w:r>
            <w:r w:rsidRPr="00167317">
              <w:rPr>
                <w:lang w:val="uk-UA"/>
              </w:rPr>
              <w:t xml:space="preserve"> 1. </w:t>
            </w:r>
            <w:r w:rsidRPr="00D54747">
              <w:t>P</w:t>
            </w:r>
            <w:r w:rsidRPr="00167317">
              <w:rPr>
                <w:lang w:val="uk-UA"/>
              </w:rPr>
              <w:t>.427.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Pr>
              <w:jc w:val="center"/>
              <w:rPr>
                <w:lang w:val="uk-UA"/>
              </w:rPr>
            </w:pPr>
            <w:r w:rsidRPr="00167317">
              <w:rPr>
                <w:lang w:val="uk-UA"/>
              </w:rPr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67317" w:rsidRPr="00167317" w:rsidRDefault="00FF4FAB" w:rsidP="00FF4FAB">
            <w:pPr>
              <w:rPr>
                <w:lang w:val="uk-UA"/>
              </w:rPr>
            </w:pPr>
            <w:proofErr w:type="spellStart"/>
            <w:r w:rsidRPr="00167317">
              <w:t>Feklina</w:t>
            </w:r>
            <w:proofErr w:type="spellEnd"/>
            <w:r w:rsidRPr="00167317">
              <w:rPr>
                <w:lang w:val="uk-UA"/>
              </w:rPr>
              <w:t xml:space="preserve"> </w:t>
            </w:r>
            <w:r w:rsidRPr="00167317">
              <w:t>I</w:t>
            </w:r>
            <w:r w:rsidRPr="00167317">
              <w:rPr>
                <w:lang w:val="uk-UA"/>
              </w:rPr>
              <w:t xml:space="preserve">., </w:t>
            </w:r>
          </w:p>
          <w:p w:rsidR="00FF4FAB" w:rsidRPr="00167317" w:rsidRDefault="00FF4FAB" w:rsidP="00FF4FAB">
            <w:pPr>
              <w:rPr>
                <w:lang w:val="uk-UA"/>
              </w:rPr>
            </w:pPr>
            <w:proofErr w:type="spellStart"/>
            <w:r w:rsidRPr="00167317">
              <w:t>Korzh</w:t>
            </w:r>
            <w:proofErr w:type="spellEnd"/>
            <w:r w:rsidRPr="00167317">
              <w:rPr>
                <w:lang w:val="uk-UA"/>
              </w:rPr>
              <w:t xml:space="preserve"> </w:t>
            </w:r>
            <w:r w:rsidRPr="00167317">
              <w:t>I</w:t>
            </w:r>
            <w:r w:rsidRPr="00167317">
              <w:rPr>
                <w:lang w:val="uk-UA"/>
              </w:rPr>
              <w:t>.</w:t>
            </w:r>
          </w:p>
        </w:tc>
      </w:tr>
      <w:tr w:rsidR="00FF4FAB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Pr>
              <w:jc w:val="center"/>
              <w:rPr>
                <w:lang w:val="uk-UA"/>
              </w:rPr>
            </w:pPr>
            <w:r w:rsidRPr="00167317">
              <w:rPr>
                <w:lang w:val="uk-UA"/>
              </w:rPr>
              <w:t>13.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Pr>
              <w:rPr>
                <w:lang w:val="uk-UA"/>
              </w:rPr>
            </w:pPr>
            <w:r w:rsidRPr="00167317">
              <w:rPr>
                <w:lang w:val="uk-UA"/>
              </w:rPr>
              <w:t>Особливості неврологічних проявів стенозу хребетного каналу у поперековому відділі.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Pr>
              <w:jc w:val="center"/>
              <w:rPr>
                <w:lang w:val="uk-UA"/>
              </w:rPr>
            </w:pPr>
            <w:r w:rsidRPr="00167317">
              <w:rPr>
                <w:lang w:val="uk-UA"/>
              </w:rPr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167317">
            <w:proofErr w:type="spellStart"/>
            <w:r w:rsidRPr="00167317">
              <w:rPr>
                <w:lang w:val="uk-UA"/>
              </w:rPr>
              <w:t>Наукови</w:t>
            </w:r>
            <w:proofErr w:type="spellEnd"/>
            <w:r w:rsidRPr="00D54747">
              <w:t xml:space="preserve">й </w:t>
            </w:r>
            <w:proofErr w:type="spellStart"/>
            <w:r w:rsidRPr="00D54747">
              <w:t>вісник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Ужгородського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університету</w:t>
            </w:r>
            <w:proofErr w:type="spellEnd"/>
            <w:r w:rsidRPr="00D54747">
              <w:t xml:space="preserve"> (</w:t>
            </w:r>
            <w:proofErr w:type="spellStart"/>
            <w:r w:rsidRPr="00D54747">
              <w:t>серія</w:t>
            </w:r>
            <w:proofErr w:type="spellEnd"/>
            <w:r w:rsidRPr="00D54747">
              <w:t xml:space="preserve">:«Медицина»). 2007 </w:t>
            </w:r>
            <w:proofErr w:type="spellStart"/>
            <w:r w:rsidRPr="00D54747">
              <w:t>Вип</w:t>
            </w:r>
            <w:proofErr w:type="spellEnd"/>
            <w:r w:rsidRPr="00D54747">
              <w:t xml:space="preserve">. 32.  С. 199–203.  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5 / 2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Скіданов</w:t>
            </w:r>
            <w:proofErr w:type="spellEnd"/>
            <w:r w:rsidRPr="00167317">
              <w:t xml:space="preserve"> А., Федотов В., Корж І.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14.</w:t>
            </w: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Оперувати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чи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ні</w:t>
            </w:r>
            <w:proofErr w:type="spellEnd"/>
            <w:r w:rsidRPr="00D54747">
              <w:t xml:space="preserve"> стеноз </w:t>
            </w:r>
            <w:proofErr w:type="spellStart"/>
            <w:r w:rsidRPr="00D54747">
              <w:t>поперекового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відділу</w:t>
            </w:r>
            <w:proofErr w:type="spellEnd"/>
            <w:r w:rsidRPr="00D54747">
              <w:t xml:space="preserve"> хребтового каналу?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Default="00FF4FAB" w:rsidP="00FF4FAB">
            <w:proofErr w:type="spellStart"/>
            <w:r w:rsidRPr="00D54747">
              <w:t>Науковий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вісник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Ужгородського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універ-ситету</w:t>
            </w:r>
            <w:proofErr w:type="spellEnd"/>
            <w:r w:rsidRPr="00D54747">
              <w:t xml:space="preserve"> (</w:t>
            </w:r>
            <w:proofErr w:type="spellStart"/>
            <w:proofErr w:type="gramStart"/>
            <w:r w:rsidRPr="00D54747">
              <w:t>серія</w:t>
            </w:r>
            <w:proofErr w:type="spellEnd"/>
            <w:r w:rsidRPr="00D54747">
              <w:t>:«</w:t>
            </w:r>
            <w:proofErr w:type="gramEnd"/>
            <w:r w:rsidRPr="00D54747">
              <w:t xml:space="preserve">Медицина»). 2011.  </w:t>
            </w:r>
            <w:proofErr w:type="spellStart"/>
            <w:r w:rsidRPr="00D54747">
              <w:t>Вип</w:t>
            </w:r>
            <w:proofErr w:type="spellEnd"/>
            <w:r w:rsidRPr="00D54747">
              <w:t>. 3 (42).  С. 200–203</w:t>
            </w:r>
          </w:p>
          <w:p w:rsidR="00D54747" w:rsidRDefault="00D54747" w:rsidP="00FF4FAB"/>
          <w:p w:rsidR="00D54747" w:rsidRDefault="00D54747" w:rsidP="00FF4FAB"/>
          <w:p w:rsidR="00D54747" w:rsidRDefault="00D54747" w:rsidP="00FF4FAB"/>
          <w:p w:rsidR="00D54747" w:rsidRPr="00D54747" w:rsidRDefault="00D54747" w:rsidP="00FF4FAB"/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4 / 2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r w:rsidRPr="00167317">
              <w:t xml:space="preserve">Левшин А., </w:t>
            </w:r>
            <w:proofErr w:type="spellStart"/>
            <w:r w:rsidRPr="00167317">
              <w:t>Чернишов</w:t>
            </w:r>
            <w:proofErr w:type="spellEnd"/>
            <w:r w:rsidRPr="00167317">
              <w:t xml:space="preserve"> О.</w:t>
            </w:r>
          </w:p>
        </w:tc>
      </w:tr>
      <w:tr w:rsidR="00FF4FAB" w:rsidRPr="00FF4FAB" w:rsidTr="00FF4FAB">
        <w:trPr>
          <w:cantSplit/>
          <w:trHeight w:val="550"/>
          <w:jc w:val="center"/>
        </w:trPr>
        <w:tc>
          <w:tcPr>
            <w:tcW w:w="10268" w:type="dxa"/>
            <w:gridSpan w:val="8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6F3B4A">
            <w:pPr>
              <w:jc w:val="center"/>
            </w:pPr>
            <w:r w:rsidRPr="00167317">
              <w:rPr>
                <w:b/>
              </w:rPr>
              <w:lastRenderedPageBreak/>
              <w:t>II</w:t>
            </w:r>
            <w:r w:rsidRPr="00167317">
              <w:rPr>
                <w:b/>
                <w:lang w:val="uk-UA"/>
              </w:rPr>
              <w:t>.</w:t>
            </w:r>
            <w:r w:rsidRPr="00167317">
              <w:rPr>
                <w:b/>
              </w:rPr>
              <w:t> </w:t>
            </w:r>
            <w:r w:rsidRPr="00167317">
              <w:rPr>
                <w:b/>
                <w:lang w:val="uk-UA"/>
              </w:rPr>
              <w:t>Наукові праці за профілем кафедри, опубліковані після захисту докторської дисертації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Аналіз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магнітно-резонансних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параметрів</w:t>
            </w:r>
            <w:proofErr w:type="spellEnd"/>
            <w:r w:rsidRPr="00D54747">
              <w:t xml:space="preserve"> хребтового каналу у </w:t>
            </w:r>
            <w:proofErr w:type="spellStart"/>
            <w:r w:rsidRPr="00D54747">
              <w:t>хворих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із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поперековим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спинальним</w:t>
            </w:r>
            <w:proofErr w:type="spellEnd"/>
            <w:r w:rsidRPr="00D54747">
              <w:t xml:space="preserve"> стен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Науковий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вісник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Ужгородського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університету</w:t>
            </w:r>
            <w:proofErr w:type="spellEnd"/>
            <w:r w:rsidRPr="00D54747">
              <w:t xml:space="preserve"> – (</w:t>
            </w:r>
            <w:proofErr w:type="spellStart"/>
            <w:proofErr w:type="gramStart"/>
            <w:r w:rsidRPr="00D54747">
              <w:t>серія</w:t>
            </w:r>
            <w:proofErr w:type="spellEnd"/>
            <w:r w:rsidRPr="00D54747">
              <w:t>:«</w:t>
            </w:r>
            <w:proofErr w:type="gramEnd"/>
            <w:r w:rsidRPr="00D54747">
              <w:t xml:space="preserve">Медицина»). 2012.  </w:t>
            </w:r>
            <w:proofErr w:type="spellStart"/>
            <w:r w:rsidRPr="00D54747">
              <w:t>Вип</w:t>
            </w:r>
            <w:proofErr w:type="spellEnd"/>
            <w:r w:rsidRPr="00D54747">
              <w:t>. 1 (43). С. 118 –121.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4 / 2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Шманько</w:t>
            </w:r>
            <w:proofErr w:type="spellEnd"/>
            <w:r w:rsidRPr="00167317">
              <w:rPr>
                <w:lang w:val="uk-UA"/>
              </w:rPr>
              <w:t xml:space="preserve"> О.</w:t>
            </w:r>
            <w:r w:rsidRPr="00167317">
              <w:t xml:space="preserve">, </w:t>
            </w:r>
            <w:proofErr w:type="spellStart"/>
            <w:r w:rsidRPr="00167317">
              <w:t>Фекліна</w:t>
            </w:r>
            <w:proofErr w:type="spellEnd"/>
            <w:r w:rsidRPr="00167317">
              <w:t xml:space="preserve"> I.</w:t>
            </w:r>
          </w:p>
        </w:tc>
      </w:tr>
      <w:tr w:rsidR="00FF4FAB" w:rsidRPr="00416B81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Morphological aspects of experimental lumbar spinal stenosis modeling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Inter medical journal № 1(1) 2014, Slovakia, </w:t>
            </w:r>
            <w:r w:rsidRPr="00D54747">
              <w:t>стр</w:t>
            </w:r>
            <w:r w:rsidRPr="00081ECD">
              <w:rPr>
                <w:lang w:val="en-US"/>
              </w:rPr>
              <w:t>.102-106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5 / 2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67317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Bengus L, </w:t>
            </w:r>
          </w:p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Dedukh N, Smanko A, </w:t>
            </w:r>
            <w:r w:rsidR="00167317" w:rsidRPr="00081ECD">
              <w:rPr>
                <w:bCs/>
                <w:color w:val="000000"/>
                <w:lang w:val="en-US"/>
              </w:rPr>
              <w:t>et al., 5 authors in all </w:t>
            </w:r>
          </w:p>
        </w:tc>
      </w:tr>
      <w:tr w:rsidR="00FF4FAB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Особливості</w:t>
            </w:r>
            <w:proofErr w:type="spellEnd"/>
            <w:r w:rsidRPr="00D54747">
              <w:t xml:space="preserve"> МРТ </w:t>
            </w:r>
            <w:proofErr w:type="spellStart"/>
            <w:r w:rsidRPr="00D54747">
              <w:t>візуалізації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вибухових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переломів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нижньогрудного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поперекового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відділу</w:t>
            </w:r>
            <w:proofErr w:type="spellEnd"/>
            <w:r w:rsidRPr="00D54747">
              <w:t xml:space="preserve"> хребта.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Международн</w:t>
            </w:r>
            <w:proofErr w:type="spellEnd"/>
            <w:r w:rsidRPr="00D54747">
              <w:rPr>
                <w:lang w:val="uk-UA"/>
              </w:rPr>
              <w:t>и</w:t>
            </w:r>
            <w:r w:rsidRPr="00D54747">
              <w:t>й меди</w:t>
            </w:r>
            <w:proofErr w:type="spellStart"/>
            <w:r w:rsidRPr="00D54747">
              <w:rPr>
                <w:lang w:val="uk-UA"/>
              </w:rPr>
              <w:t>чний</w:t>
            </w:r>
            <w:proofErr w:type="spellEnd"/>
            <w:r w:rsidRPr="00D54747">
              <w:t xml:space="preserve"> журнал. 2018, № 4, c.44-49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6 / 3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r w:rsidRPr="00167317">
              <w:t xml:space="preserve">Радченко В.А., </w:t>
            </w:r>
            <w:proofErr w:type="spellStart"/>
            <w:r w:rsidRPr="00167317">
              <w:t>Попсуйшапка</w:t>
            </w:r>
            <w:proofErr w:type="spellEnd"/>
            <w:r w:rsidRPr="00167317">
              <w:t xml:space="preserve"> К.А., Феклина I.В.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932CC" w:rsidRDefault="00FF4FAB" w:rsidP="00FF4FAB">
            <w:proofErr w:type="spellStart"/>
            <w:r w:rsidRPr="000932CC">
              <w:t>Доцільність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раннього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призначення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нейром’язової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електричної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стімуляції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після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ортопедічних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операцій</w:t>
            </w:r>
            <w:proofErr w:type="spellEnd"/>
            <w:r w:rsidRPr="000932CC">
              <w:t xml:space="preserve"> на </w:t>
            </w:r>
            <w:proofErr w:type="spellStart"/>
            <w:r w:rsidRPr="000932CC">
              <w:t>кульшових</w:t>
            </w:r>
            <w:proofErr w:type="spellEnd"/>
            <w:r w:rsidRPr="000932CC">
              <w:t xml:space="preserve"> та </w:t>
            </w:r>
            <w:proofErr w:type="spellStart"/>
            <w:r w:rsidRPr="000932CC">
              <w:t>колінних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суглобах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Ортопедія</w:t>
            </w:r>
            <w:proofErr w:type="spellEnd"/>
            <w:r w:rsidRPr="00D54747">
              <w:t xml:space="preserve">, </w:t>
            </w:r>
            <w:proofErr w:type="spellStart"/>
            <w:r w:rsidRPr="00D54747">
              <w:t>травматологія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протезування</w:t>
            </w:r>
            <w:proofErr w:type="spellEnd"/>
            <w:r w:rsidRPr="00D54747">
              <w:t xml:space="preserve">. 2021. – № 2 (623). С. 63–67. </w:t>
            </w:r>
          </w:p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DOI: </w:t>
            </w:r>
            <w:hyperlink r:id="rId6" w:history="1">
              <w:r w:rsidRPr="00081ECD">
                <w:rPr>
                  <w:rStyle w:val="affa"/>
                  <w:lang w:val="en-US"/>
                </w:rPr>
                <w:t>http://dx.doi.org/10.15674/0030-59872021267-72</w:t>
              </w:r>
            </w:hyperlink>
          </w:p>
          <w:p w:rsidR="00FF4FAB" w:rsidRPr="00D54747" w:rsidRDefault="00FF4FAB" w:rsidP="00FF4FAB">
            <w:r w:rsidRPr="00D54747">
              <w:rPr>
                <w:b/>
              </w:rPr>
              <w:t>Scopus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5 / 4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Притула</w:t>
            </w:r>
            <w:proofErr w:type="spellEnd"/>
            <w:r w:rsidRPr="00167317">
              <w:t xml:space="preserve"> Н.Ю.</w:t>
            </w:r>
          </w:p>
        </w:tc>
      </w:tr>
      <w:tr w:rsidR="00FF4FAB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r w:rsidRPr="00D54747">
              <w:t xml:space="preserve">До </w:t>
            </w:r>
            <w:proofErr w:type="spellStart"/>
            <w:r w:rsidRPr="00D54747">
              <w:t>питання</w:t>
            </w:r>
            <w:proofErr w:type="spellEnd"/>
            <w:r w:rsidRPr="00D54747">
              <w:t xml:space="preserve"> про </w:t>
            </w:r>
            <w:proofErr w:type="spellStart"/>
            <w:r w:rsidRPr="00D54747">
              <w:t>гіпердіагностику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вертеброгенних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синдромів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Default="00FF4FAB" w:rsidP="00FF4FAB">
            <w:proofErr w:type="spellStart"/>
            <w:r w:rsidRPr="00D54747">
              <w:t>Ортопедія</w:t>
            </w:r>
            <w:proofErr w:type="spellEnd"/>
            <w:r w:rsidRPr="00D54747">
              <w:t xml:space="preserve">, </w:t>
            </w:r>
            <w:proofErr w:type="spellStart"/>
            <w:r w:rsidRPr="00D54747">
              <w:t>травматологія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протезування</w:t>
            </w:r>
            <w:proofErr w:type="spellEnd"/>
            <w:r w:rsidRPr="00D54747">
              <w:t>. 2022. № 1–2. C.57-64</w:t>
            </w:r>
          </w:p>
          <w:p w:rsidR="00081ECD" w:rsidRPr="00081ECD" w:rsidRDefault="00081ECD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DOI: http://dx.doi.org/10.15674/0030-598720221-255-61</w:t>
            </w:r>
          </w:p>
          <w:p w:rsidR="00FF4FAB" w:rsidRPr="00D54747" w:rsidRDefault="00FF4FAB" w:rsidP="00FF4FAB">
            <w:r w:rsidRPr="00D54747">
              <w:rPr>
                <w:b/>
              </w:rPr>
              <w:t>Scopus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9 / 7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Притула</w:t>
            </w:r>
            <w:proofErr w:type="spellEnd"/>
            <w:r w:rsidRPr="00167317">
              <w:t xml:space="preserve"> Н. Ю., </w:t>
            </w:r>
            <w:proofErr w:type="spellStart"/>
            <w:r w:rsidRPr="00167317">
              <w:t>Коверник</w:t>
            </w:r>
            <w:proofErr w:type="spellEnd"/>
            <w:r w:rsidRPr="00167317">
              <w:t xml:space="preserve"> О. В</w:t>
            </w:r>
          </w:p>
        </w:tc>
      </w:tr>
      <w:tr w:rsidR="00FF4FAB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Можливість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розвитку</w:t>
            </w:r>
            <w:proofErr w:type="spellEnd"/>
            <w:r w:rsidRPr="00D54747">
              <w:t xml:space="preserve"> остеопорозу й аваскулярного некрозу на </w:t>
            </w:r>
            <w:proofErr w:type="spellStart"/>
            <w:r w:rsidRPr="00D54747">
              <w:t>фоні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пандеміі</w:t>
            </w:r>
            <w:proofErr w:type="spellEnd"/>
            <w:r w:rsidRPr="00D54747">
              <w:t xml:space="preserve">̈ COVID-19. </w:t>
            </w:r>
            <w:proofErr w:type="spellStart"/>
            <w:r w:rsidRPr="00D54747">
              <w:t>Огляд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літератури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Ортопедія</w:t>
            </w:r>
            <w:proofErr w:type="spellEnd"/>
            <w:r w:rsidRPr="00D54747">
              <w:t xml:space="preserve">, </w:t>
            </w:r>
            <w:proofErr w:type="spellStart"/>
            <w:r w:rsidRPr="00D54747">
              <w:t>травматологія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протезування</w:t>
            </w:r>
            <w:proofErr w:type="spellEnd"/>
            <w:r w:rsidRPr="00D54747">
              <w:t xml:space="preserve">. 2022. № 1–2. C.120-125 </w:t>
            </w:r>
          </w:p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DOI: </w:t>
            </w:r>
            <w:hyperlink r:id="rId7" w:history="1">
              <w:r w:rsidRPr="00081ECD">
                <w:rPr>
                  <w:rStyle w:val="affa"/>
                  <w:lang w:val="en-US"/>
                </w:rPr>
                <w:t>http://dx.doi.org/10.15674/0030-598720221-2118-122</w:t>
              </w:r>
            </w:hyperlink>
          </w:p>
          <w:p w:rsidR="00FF4FAB" w:rsidRPr="00D54747" w:rsidRDefault="00FF4FAB" w:rsidP="00FF4FAB">
            <w:r w:rsidRPr="00D54747">
              <w:rPr>
                <w:b/>
              </w:rPr>
              <w:t>Scopus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6 / 4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Притула</w:t>
            </w:r>
            <w:proofErr w:type="spellEnd"/>
            <w:r w:rsidRPr="00167317">
              <w:t xml:space="preserve"> Н. Ю., </w:t>
            </w:r>
            <w:proofErr w:type="spellStart"/>
            <w:r w:rsidRPr="00167317">
              <w:t>Гольбаум</w:t>
            </w:r>
            <w:proofErr w:type="spellEnd"/>
            <w:r w:rsidRPr="00167317">
              <w:t xml:space="preserve"> М. Б.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932CC" w:rsidRDefault="00FF4FAB" w:rsidP="00FF4FAB">
            <w:r w:rsidRPr="000932CC">
              <w:t xml:space="preserve">Проблема </w:t>
            </w:r>
            <w:proofErr w:type="spellStart"/>
            <w:r w:rsidRPr="000932CC">
              <w:t>вибору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пріоритетності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хірургічного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втручанняза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поєднаноі</w:t>
            </w:r>
            <w:proofErr w:type="spellEnd"/>
            <w:r w:rsidRPr="000932CC">
              <w:t xml:space="preserve">̈ </w:t>
            </w:r>
            <w:proofErr w:type="spellStart"/>
            <w:r w:rsidRPr="000932CC">
              <w:t>патологіі</w:t>
            </w:r>
            <w:proofErr w:type="spellEnd"/>
            <w:r w:rsidRPr="000932CC">
              <w:t xml:space="preserve">̈ </w:t>
            </w:r>
            <w:proofErr w:type="spellStart"/>
            <w:r w:rsidRPr="000932CC">
              <w:t>поперекового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відділу</w:t>
            </w:r>
            <w:proofErr w:type="spellEnd"/>
            <w:r w:rsidRPr="000932CC">
              <w:t xml:space="preserve"> хребта і </w:t>
            </w:r>
            <w:proofErr w:type="spellStart"/>
            <w:r w:rsidRPr="000932CC">
              <w:t>кульшового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суглоба</w:t>
            </w:r>
            <w:proofErr w:type="spellEnd"/>
            <w:r w:rsidRPr="000932CC">
              <w:t xml:space="preserve"> (</w:t>
            </w:r>
            <w:proofErr w:type="spellStart"/>
            <w:r w:rsidRPr="000932CC">
              <w:t>огляд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літератури</w:t>
            </w:r>
            <w:proofErr w:type="spellEnd"/>
            <w:r w:rsidRPr="000932CC">
              <w:t>)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416B81" w:rsidRDefault="00FF4FAB" w:rsidP="00FF4FAB">
            <w:proofErr w:type="spellStart"/>
            <w:r w:rsidRPr="00D54747">
              <w:t>Ортопедія</w:t>
            </w:r>
            <w:proofErr w:type="spellEnd"/>
            <w:r w:rsidRPr="00D54747">
              <w:t xml:space="preserve">, </w:t>
            </w:r>
            <w:proofErr w:type="spellStart"/>
            <w:r w:rsidRPr="00D54747">
              <w:t>травматологія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протезування</w:t>
            </w:r>
            <w:proofErr w:type="spellEnd"/>
            <w:r w:rsidRPr="00D54747">
              <w:t xml:space="preserve">. 2022. № 3–4.  </w:t>
            </w:r>
            <w:r w:rsidRPr="006F3B4A">
              <w:rPr>
                <w:lang w:val="en-US"/>
              </w:rPr>
              <w:t>C</w:t>
            </w:r>
            <w:r w:rsidRPr="00416B81">
              <w:t xml:space="preserve">.138-144 </w:t>
            </w:r>
          </w:p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DOI: </w:t>
            </w:r>
            <w:hyperlink r:id="rId8" w:history="1">
              <w:r w:rsidRPr="00081ECD">
                <w:rPr>
                  <w:rStyle w:val="affa"/>
                  <w:lang w:val="en-US"/>
                </w:rPr>
                <w:t>http://dx.doi.org/10.15674/0030-598720223-4138-143</w:t>
              </w:r>
            </w:hyperlink>
          </w:p>
          <w:p w:rsidR="00FF4FAB" w:rsidRPr="00D54747" w:rsidRDefault="00FF4FAB" w:rsidP="00FF4FAB">
            <w:r w:rsidRPr="00D54747">
              <w:rPr>
                <w:b/>
              </w:rPr>
              <w:t>Scopus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7 / 4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Коверник</w:t>
            </w:r>
            <w:proofErr w:type="spellEnd"/>
            <w:r w:rsidRPr="00167317">
              <w:t xml:space="preserve"> О., </w:t>
            </w:r>
            <w:proofErr w:type="spellStart"/>
            <w:r w:rsidRPr="00167317">
              <w:t>Попсуйшапка</w:t>
            </w:r>
            <w:proofErr w:type="spellEnd"/>
            <w:r w:rsidRPr="00167317">
              <w:t xml:space="preserve"> К. </w:t>
            </w:r>
            <w:proofErr w:type="spellStart"/>
            <w:r w:rsidRPr="00167317">
              <w:t>Підгайська</w:t>
            </w:r>
            <w:proofErr w:type="spellEnd"/>
            <w:r w:rsidRPr="00167317">
              <w:t xml:space="preserve"> О. </w:t>
            </w:r>
          </w:p>
          <w:p w:rsidR="00FF4FAB" w:rsidRPr="00167317" w:rsidRDefault="00FF4FAB" w:rsidP="00FF4FAB">
            <w:proofErr w:type="spellStart"/>
            <w:r w:rsidRPr="00167317">
              <w:t>Шманько</w:t>
            </w:r>
            <w:proofErr w:type="spellEnd"/>
            <w:r w:rsidRPr="00167317">
              <w:t xml:space="preserve"> О.</w:t>
            </w:r>
          </w:p>
        </w:tc>
      </w:tr>
      <w:tr w:rsidR="00FF4FAB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Дегенеративні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захворювання</w:t>
            </w:r>
            <w:proofErr w:type="spellEnd"/>
            <w:r w:rsidRPr="00D54747">
              <w:t xml:space="preserve"> хребта, </w:t>
            </w:r>
            <w:proofErr w:type="spellStart"/>
            <w:r w:rsidRPr="00D54747">
              <w:t>особливості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класифікації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Проблеми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клінічної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педіатрії</w:t>
            </w:r>
            <w:proofErr w:type="spellEnd"/>
            <w:r w:rsidRPr="00D54747">
              <w:t>, 2022 № 3–4. C.138-144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7 / 3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r w:rsidRPr="00167317">
              <w:t xml:space="preserve">Радченко В.О., </w:t>
            </w:r>
            <w:proofErr w:type="spellStart"/>
            <w:r w:rsidRPr="00167317">
              <w:t>Шманько</w:t>
            </w:r>
            <w:proofErr w:type="spellEnd"/>
            <w:r w:rsidRPr="00167317">
              <w:t xml:space="preserve"> О.П., </w:t>
            </w:r>
            <w:proofErr w:type="spellStart"/>
            <w:r w:rsidRPr="00167317">
              <w:t>Росул</w:t>
            </w:r>
            <w:proofErr w:type="spellEnd"/>
            <w:r w:rsidRPr="00167317">
              <w:t xml:space="preserve"> М.В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932CC" w:rsidRDefault="00FF4FAB" w:rsidP="00FF4FAB">
            <w:proofErr w:type="spellStart"/>
            <w:r w:rsidRPr="000932CC">
              <w:t>Двоетапне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хірургічне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лікування</w:t>
            </w:r>
            <w:proofErr w:type="spellEnd"/>
            <w:r w:rsidRPr="000932CC">
              <w:t xml:space="preserve"> великих і </w:t>
            </w:r>
            <w:proofErr w:type="spellStart"/>
            <w:r w:rsidRPr="000932CC">
              <w:t>ригідних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деформацій</w:t>
            </w:r>
            <w:proofErr w:type="spellEnd"/>
            <w:r w:rsidRPr="000932CC">
              <w:t xml:space="preserve"> хребта (</w:t>
            </w:r>
            <w:proofErr w:type="spellStart"/>
            <w:r w:rsidRPr="000932CC">
              <w:t>передня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мобілізація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викривлення</w:t>
            </w:r>
            <w:proofErr w:type="spellEnd"/>
            <w:r w:rsidRPr="000932CC">
              <w:t xml:space="preserve"> та </w:t>
            </w:r>
            <w:proofErr w:type="spellStart"/>
            <w:r w:rsidRPr="000932CC">
              <w:t>задня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інструментація</w:t>
            </w:r>
            <w:proofErr w:type="spellEnd"/>
            <w:r w:rsidRPr="000932CC">
              <w:t xml:space="preserve"> хребта)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Ортопедія</w:t>
            </w:r>
            <w:proofErr w:type="spellEnd"/>
            <w:r w:rsidRPr="00D54747">
              <w:t xml:space="preserve">, </w:t>
            </w:r>
            <w:proofErr w:type="spellStart"/>
            <w:r w:rsidRPr="00D54747">
              <w:t>травматологія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протезування</w:t>
            </w:r>
            <w:proofErr w:type="spellEnd"/>
            <w:r w:rsidRPr="00D54747">
              <w:t xml:space="preserve">. 2023. № 4. C.22-30 </w:t>
            </w:r>
          </w:p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DOI: </w:t>
            </w:r>
            <w:hyperlink r:id="rId9" w:history="1">
              <w:r w:rsidRPr="00081ECD">
                <w:rPr>
                  <w:rStyle w:val="affa"/>
                  <w:lang w:val="en-US"/>
                </w:rPr>
                <w:t>http://dx.doi.org/10.15674/0030-59872023422-30</w:t>
              </w:r>
            </w:hyperlink>
          </w:p>
          <w:p w:rsidR="00FF4FAB" w:rsidRPr="00D54747" w:rsidRDefault="00FF4FAB" w:rsidP="00FF4FAB">
            <w:r w:rsidRPr="00D54747">
              <w:rPr>
                <w:b/>
              </w:rPr>
              <w:t>Scopus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9 / 4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О.О.Барков</w:t>
            </w:r>
            <w:proofErr w:type="spellEnd"/>
            <w:r w:rsidRPr="00167317">
              <w:t xml:space="preserve"> </w:t>
            </w:r>
            <w:proofErr w:type="spellStart"/>
            <w:r w:rsidRPr="00167317">
              <w:t>В.О.Радченко</w:t>
            </w:r>
            <w:proofErr w:type="spellEnd"/>
            <w:r w:rsidRPr="00167317">
              <w:t xml:space="preserve"> </w:t>
            </w:r>
            <w:proofErr w:type="spellStart"/>
            <w:r w:rsidRPr="00167317">
              <w:t>Є.С.Кацалап</w:t>
            </w:r>
            <w:proofErr w:type="spellEnd"/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Динаміка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клініко-нейро-візуалізаційних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показників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дегенеративних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змін</w:t>
            </w:r>
            <w:proofErr w:type="spellEnd"/>
            <w:r w:rsidRPr="00D54747">
              <w:t xml:space="preserve"> у </w:t>
            </w:r>
            <w:proofErr w:type="spellStart"/>
            <w:r w:rsidRPr="00D54747">
              <w:t>поперековому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відділі</w:t>
            </w:r>
            <w:proofErr w:type="spellEnd"/>
            <w:r w:rsidRPr="00D54747">
              <w:t xml:space="preserve"> хребта у </w:t>
            </w:r>
            <w:proofErr w:type="spellStart"/>
            <w:r w:rsidRPr="00D54747">
              <w:t>військових</w:t>
            </w:r>
            <w:proofErr w:type="spellEnd"/>
            <w:r w:rsidRPr="00D54747">
              <w:t xml:space="preserve"> у </w:t>
            </w:r>
            <w:proofErr w:type="spellStart"/>
            <w:r w:rsidRPr="00D54747">
              <w:t>порівнянні</w:t>
            </w:r>
            <w:proofErr w:type="spellEnd"/>
            <w:r w:rsidRPr="00D54747">
              <w:t xml:space="preserve"> з </w:t>
            </w:r>
            <w:proofErr w:type="spellStart"/>
            <w:r w:rsidRPr="00D54747">
              <w:t>цивільними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932CC" w:rsidRDefault="00FF4FAB" w:rsidP="00FF4FAB">
            <w:proofErr w:type="spellStart"/>
            <w:r w:rsidRPr="000932CC">
              <w:t>Збірник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наукових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праць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Науково-практичноі</w:t>
            </w:r>
            <w:proofErr w:type="spellEnd"/>
            <w:r w:rsidRPr="000932CC">
              <w:t xml:space="preserve">̈ </w:t>
            </w:r>
            <w:proofErr w:type="spellStart"/>
            <w:r w:rsidRPr="000932CC">
              <w:t>конференціі</w:t>
            </w:r>
            <w:proofErr w:type="spellEnd"/>
            <w:r w:rsidRPr="000932CC">
              <w:t>̈ “</w:t>
            </w:r>
            <w:proofErr w:type="spellStart"/>
            <w:r w:rsidRPr="000932CC">
              <w:t>Неврологічні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аспекти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наслідків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ушкодження</w:t>
            </w:r>
            <w:proofErr w:type="spellEnd"/>
            <w:r w:rsidRPr="000932CC">
              <w:t xml:space="preserve"> опорно-</w:t>
            </w:r>
            <w:proofErr w:type="spellStart"/>
            <w:r w:rsidRPr="000932CC">
              <w:t>руховоі</w:t>
            </w:r>
            <w:proofErr w:type="spellEnd"/>
            <w:r w:rsidRPr="000932CC">
              <w:t xml:space="preserve">̈ </w:t>
            </w:r>
            <w:proofErr w:type="spellStart"/>
            <w:r w:rsidRPr="000932CC">
              <w:t>системи</w:t>
            </w:r>
            <w:proofErr w:type="spellEnd"/>
            <w:r w:rsidRPr="000932CC">
              <w:t xml:space="preserve"> при </w:t>
            </w:r>
            <w:proofErr w:type="spellStart"/>
            <w:r w:rsidRPr="000932CC">
              <w:t>бойовіи</w:t>
            </w:r>
            <w:proofErr w:type="spellEnd"/>
            <w:r w:rsidRPr="000932CC">
              <w:t xml:space="preserve">̆ </w:t>
            </w:r>
            <w:proofErr w:type="spellStart"/>
            <w:r w:rsidRPr="000932CC">
              <w:t>травмі</w:t>
            </w:r>
            <w:proofErr w:type="spellEnd"/>
            <w:r w:rsidRPr="000932CC">
              <w:t xml:space="preserve">”, </w:t>
            </w:r>
            <w:proofErr w:type="spellStart"/>
            <w:r w:rsidRPr="000932CC">
              <w:t>присвяченоі</w:t>
            </w:r>
            <w:proofErr w:type="spellEnd"/>
            <w:r w:rsidRPr="000932CC">
              <w:t xml:space="preserve">̈ 100-річчю </w:t>
            </w:r>
            <w:proofErr w:type="spellStart"/>
            <w:r w:rsidRPr="000932CC">
              <w:t>від</w:t>
            </w:r>
            <w:proofErr w:type="spellEnd"/>
            <w:r w:rsidRPr="000932CC">
              <w:t xml:space="preserve"> дня </w:t>
            </w:r>
            <w:proofErr w:type="spellStart"/>
            <w:r w:rsidRPr="000932CC">
              <w:t>народження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видатного</w:t>
            </w:r>
            <w:proofErr w:type="spellEnd"/>
            <w:r w:rsidRPr="000932CC">
              <w:t xml:space="preserve"> ортопеда-травматолога </w:t>
            </w:r>
            <w:proofErr w:type="spellStart"/>
            <w:r w:rsidRPr="000932CC">
              <w:t>професора</w:t>
            </w:r>
            <w:proofErr w:type="spellEnd"/>
            <w:r w:rsidRPr="000932CC">
              <w:t xml:space="preserve"> БОНДАРЕНКА </w:t>
            </w:r>
            <w:proofErr w:type="spellStart"/>
            <w:r w:rsidRPr="000932CC">
              <w:t>Миколи</w:t>
            </w:r>
            <w:proofErr w:type="spellEnd"/>
            <w:r w:rsidRPr="000932CC">
              <w:t xml:space="preserve"> Степановича 19 </w:t>
            </w:r>
            <w:proofErr w:type="spellStart"/>
            <w:r w:rsidRPr="000932CC">
              <w:t>вересня</w:t>
            </w:r>
            <w:proofErr w:type="spellEnd"/>
            <w:r w:rsidRPr="000932CC">
              <w:t xml:space="preserve"> 2024 р. </w:t>
            </w:r>
            <w:proofErr w:type="spellStart"/>
            <w:r w:rsidRPr="000932CC">
              <w:t>Харків</w:t>
            </w:r>
            <w:proofErr w:type="spellEnd"/>
            <w:r w:rsidRPr="000932CC">
              <w:t xml:space="preserve">, </w:t>
            </w:r>
            <w:proofErr w:type="spellStart"/>
            <w:r w:rsidRPr="000932CC">
              <w:t>Україна</w:t>
            </w:r>
            <w:proofErr w:type="spellEnd"/>
            <w:r w:rsidRPr="000932CC">
              <w:t xml:space="preserve">. </w:t>
            </w:r>
            <w:proofErr w:type="spellStart"/>
            <w:r w:rsidRPr="000932CC">
              <w:t>Тези</w:t>
            </w:r>
            <w:proofErr w:type="spellEnd"/>
            <w:r w:rsidRPr="000932CC">
              <w:t xml:space="preserve"> – стр.23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r w:rsidRPr="00167317">
              <w:t xml:space="preserve">Попов А.І., </w:t>
            </w:r>
            <w:proofErr w:type="spellStart"/>
            <w:r w:rsidRPr="00167317">
              <w:t>Дуплій</w:t>
            </w:r>
            <w:proofErr w:type="spellEnd"/>
            <w:r w:rsidRPr="00167317">
              <w:t xml:space="preserve"> Д.Р., Яковенко С.В., Корж І.В.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Вплив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післятравматичних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стресових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розладів</w:t>
            </w:r>
            <w:proofErr w:type="spellEnd"/>
            <w:r w:rsidRPr="00D54747">
              <w:t xml:space="preserve"> на </w:t>
            </w:r>
            <w:proofErr w:type="spellStart"/>
            <w:r w:rsidRPr="00D54747">
              <w:t>сприйняття</w:t>
            </w:r>
            <w:proofErr w:type="spellEnd"/>
            <w:r w:rsidRPr="00D54747">
              <w:t xml:space="preserve"> болю в </w:t>
            </w:r>
            <w:proofErr w:type="spellStart"/>
            <w:r w:rsidRPr="00D54747">
              <w:t>післяопераційному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періоді</w:t>
            </w:r>
            <w:proofErr w:type="spellEnd"/>
            <w:r w:rsidRPr="00D54747">
              <w:t xml:space="preserve"> у </w:t>
            </w:r>
            <w:proofErr w:type="spellStart"/>
            <w:r w:rsidRPr="00D54747">
              <w:t>військовослужбовців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Ортопедія</w:t>
            </w:r>
            <w:proofErr w:type="spellEnd"/>
            <w:r w:rsidRPr="00D54747">
              <w:t xml:space="preserve">, </w:t>
            </w:r>
            <w:proofErr w:type="spellStart"/>
            <w:r w:rsidRPr="00D54747">
              <w:t>травматологія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протезування</w:t>
            </w:r>
            <w:proofErr w:type="spellEnd"/>
            <w:r w:rsidRPr="00D54747">
              <w:t xml:space="preserve">. 2024. № 4. C.5-14. </w:t>
            </w:r>
          </w:p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DOI: </w:t>
            </w:r>
            <w:hyperlink r:id="rId10" w:history="1">
              <w:r w:rsidRPr="00081ECD">
                <w:rPr>
                  <w:rStyle w:val="affa"/>
                  <w:lang w:val="en-US"/>
                </w:rPr>
                <w:t>http://dx.doi.org/10.15674/0030-59872024414-18</w:t>
              </w:r>
            </w:hyperlink>
          </w:p>
          <w:p w:rsidR="00FF4FAB" w:rsidRPr="00D54747" w:rsidRDefault="00FF4FAB" w:rsidP="00FF4FAB">
            <w:r w:rsidRPr="00D54747">
              <w:rPr>
                <w:b/>
              </w:rPr>
              <w:t>Scopus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10 / 4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Лизогуб</w:t>
            </w:r>
            <w:proofErr w:type="spellEnd"/>
            <w:r w:rsidRPr="00167317">
              <w:t xml:space="preserve"> К., </w:t>
            </w:r>
            <w:proofErr w:type="spellStart"/>
            <w:r w:rsidRPr="00167317">
              <w:t>Лизогуб</w:t>
            </w:r>
            <w:proofErr w:type="spellEnd"/>
            <w:r w:rsidRPr="00167317">
              <w:t xml:space="preserve"> М.</w:t>
            </w:r>
          </w:p>
        </w:tc>
      </w:tr>
      <w:tr w:rsidR="00FF4FAB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Інтегральні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показники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лейкограми</w:t>
            </w:r>
            <w:proofErr w:type="spellEnd"/>
            <w:r w:rsidRPr="00D54747">
              <w:t xml:space="preserve"> в </w:t>
            </w:r>
            <w:proofErr w:type="spellStart"/>
            <w:r w:rsidRPr="00D54747">
              <w:t>оцінці</w:t>
            </w:r>
            <w:proofErr w:type="spellEnd"/>
            <w:r w:rsidRPr="00D54747">
              <w:t xml:space="preserve"> стану </w:t>
            </w:r>
            <w:proofErr w:type="spellStart"/>
            <w:r w:rsidRPr="00D54747">
              <w:t>пацієнтів</w:t>
            </w:r>
            <w:proofErr w:type="spellEnd"/>
            <w:r w:rsidRPr="00D54747">
              <w:t xml:space="preserve"> з травмою плеча.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proofErr w:type="spellStart"/>
            <w:r w:rsidRPr="00D54747">
              <w:t>тези</w:t>
            </w:r>
            <w:proofErr w:type="spellEnd"/>
            <w:r w:rsidRPr="00D54747">
              <w:t xml:space="preserve"> / </w:t>
            </w:r>
            <w:proofErr w:type="spellStart"/>
            <w:r w:rsidRPr="00D54747">
              <w:t>матеріали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конференції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932CC" w:rsidRDefault="00FF4FAB" w:rsidP="00FF4FAB">
            <w:proofErr w:type="spellStart"/>
            <w:r w:rsidRPr="000932CC">
              <w:t>Від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експериментальної</w:t>
            </w:r>
            <w:proofErr w:type="spellEnd"/>
            <w:r w:rsidRPr="000932CC">
              <w:t xml:space="preserve"> та </w:t>
            </w:r>
            <w:proofErr w:type="spellStart"/>
            <w:r w:rsidRPr="000932CC">
              <w:t>клінічної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патофізіології</w:t>
            </w:r>
            <w:proofErr w:type="spellEnd"/>
            <w:r w:rsidRPr="000932CC">
              <w:t xml:space="preserve"> до </w:t>
            </w:r>
            <w:proofErr w:type="spellStart"/>
            <w:r w:rsidRPr="000932CC">
              <w:t>досягнень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сучасної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медицини</w:t>
            </w:r>
            <w:proofErr w:type="spellEnd"/>
            <w:r w:rsidRPr="000932CC">
              <w:t xml:space="preserve"> і </w:t>
            </w:r>
            <w:proofErr w:type="spellStart"/>
            <w:r w:rsidRPr="000932CC">
              <w:t>фармації</w:t>
            </w:r>
            <w:proofErr w:type="spellEnd"/>
            <w:r w:rsidRPr="000932CC">
              <w:t xml:space="preserve">: </w:t>
            </w:r>
            <w:proofErr w:type="spellStart"/>
            <w:r w:rsidRPr="000932CC">
              <w:t>матеріали</w:t>
            </w:r>
            <w:proofErr w:type="spellEnd"/>
            <w:r w:rsidRPr="000932CC">
              <w:t xml:space="preserve"> VІІ </w:t>
            </w:r>
            <w:proofErr w:type="spellStart"/>
            <w:r w:rsidRPr="000932CC">
              <w:t>науково-практичної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конференції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студентів</w:t>
            </w:r>
            <w:proofErr w:type="spellEnd"/>
            <w:r w:rsidRPr="000932CC">
              <w:t xml:space="preserve"> та </w:t>
            </w:r>
            <w:proofErr w:type="spellStart"/>
            <w:r w:rsidRPr="000932CC">
              <w:t>молодих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вчених</w:t>
            </w:r>
            <w:proofErr w:type="spellEnd"/>
            <w:r w:rsidRPr="000932CC">
              <w:t xml:space="preserve"> з </w:t>
            </w:r>
            <w:proofErr w:type="spellStart"/>
            <w:r w:rsidRPr="000932CC">
              <w:t>міжнародною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участю</w:t>
            </w:r>
            <w:proofErr w:type="spellEnd"/>
            <w:r w:rsidRPr="000932CC">
              <w:t xml:space="preserve">, м. </w:t>
            </w:r>
            <w:proofErr w:type="spellStart"/>
            <w:r w:rsidRPr="000932CC">
              <w:t>Харків</w:t>
            </w:r>
            <w:proofErr w:type="spellEnd"/>
            <w:r w:rsidRPr="000932CC">
              <w:t xml:space="preserve">, 15 </w:t>
            </w:r>
            <w:proofErr w:type="spellStart"/>
            <w:r w:rsidRPr="000932CC">
              <w:t>травня</w:t>
            </w:r>
            <w:proofErr w:type="spellEnd"/>
            <w:r w:rsidRPr="000932CC">
              <w:t xml:space="preserve"> 2025 р. Х.: </w:t>
            </w:r>
            <w:proofErr w:type="spellStart"/>
            <w:r w:rsidRPr="000932CC">
              <w:t>НФаУ</w:t>
            </w:r>
            <w:proofErr w:type="spellEnd"/>
            <w:r w:rsidRPr="000932CC">
              <w:t>, 2025. С. 186.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Лизогуб</w:t>
            </w:r>
            <w:proofErr w:type="spellEnd"/>
            <w:r w:rsidRPr="00167317">
              <w:t xml:space="preserve"> К., </w:t>
            </w:r>
            <w:proofErr w:type="spellStart"/>
            <w:r w:rsidRPr="00167317">
              <w:t>Лизогуб</w:t>
            </w:r>
            <w:proofErr w:type="spellEnd"/>
            <w:r w:rsidRPr="00167317">
              <w:t xml:space="preserve"> М., </w:t>
            </w:r>
            <w:proofErr w:type="spellStart"/>
            <w:r w:rsidRPr="00167317">
              <w:t>Леонтьєва</w:t>
            </w:r>
            <w:proofErr w:type="spellEnd"/>
            <w:r w:rsidRPr="00167317">
              <w:t xml:space="preserve"> Ф., Морозенко Д. В.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Перспективи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лікування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післятравматичних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невропатій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r w:rsidRPr="00D54747">
              <w:t xml:space="preserve">Медицина </w:t>
            </w:r>
            <w:proofErr w:type="spellStart"/>
            <w:r w:rsidRPr="00D54747">
              <w:t>невідкладних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станів</w:t>
            </w:r>
            <w:proofErr w:type="spellEnd"/>
            <w:r w:rsidRPr="00D54747">
              <w:t xml:space="preserve">. 2025. № 21(5). C.570-576. </w:t>
            </w:r>
          </w:p>
          <w:p w:rsidR="00FF4FAB" w:rsidRPr="00D54747" w:rsidRDefault="00FF4FAB" w:rsidP="00FF4FAB">
            <w:r w:rsidRPr="00D54747">
              <w:t xml:space="preserve">DOI: </w:t>
            </w:r>
            <w:hyperlink r:id="rId11" w:history="1">
              <w:r w:rsidRPr="00D54747">
                <w:rPr>
                  <w:rStyle w:val="affa"/>
                </w:rPr>
                <w:t>http://10.22141/2224-0586.21.5. 570-576</w:t>
              </w:r>
            </w:hyperlink>
          </w:p>
          <w:p w:rsidR="00FF4FAB" w:rsidRPr="00D54747" w:rsidRDefault="00FF4FAB" w:rsidP="00FF4FAB">
            <w:r w:rsidRPr="00D54747">
              <w:rPr>
                <w:b/>
              </w:rPr>
              <w:t>Scopus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7 / 3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Хлєбніков</w:t>
            </w:r>
            <w:proofErr w:type="spellEnd"/>
            <w:r w:rsidRPr="00167317">
              <w:t xml:space="preserve"> В.В., </w:t>
            </w:r>
            <w:proofErr w:type="spellStart"/>
            <w:r w:rsidRPr="00167317">
              <w:t>Лизогуб</w:t>
            </w:r>
            <w:proofErr w:type="spellEnd"/>
            <w:r w:rsidRPr="00167317">
              <w:t xml:space="preserve"> М.В., </w:t>
            </w:r>
            <w:proofErr w:type="spellStart"/>
            <w:r w:rsidRPr="00167317">
              <w:t>Лизогуб</w:t>
            </w:r>
            <w:proofErr w:type="spellEnd"/>
            <w:r w:rsidRPr="00167317">
              <w:t xml:space="preserve"> К.І.1, </w:t>
            </w:r>
            <w:proofErr w:type="spellStart"/>
            <w:r w:rsidRPr="00167317">
              <w:t>Одинець</w:t>
            </w:r>
            <w:proofErr w:type="spellEnd"/>
            <w:r w:rsidRPr="00167317">
              <w:t xml:space="preserve"> І.Ю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Застосування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нестероїдних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протизапальних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препаратів</w:t>
            </w:r>
            <w:proofErr w:type="spellEnd"/>
            <w:r w:rsidRPr="00D54747">
              <w:t xml:space="preserve"> у </w:t>
            </w:r>
            <w:proofErr w:type="spellStart"/>
            <w:r w:rsidRPr="00D54747">
              <w:t>лікуванні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дегенеративних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захворювань</w:t>
            </w:r>
            <w:proofErr w:type="spellEnd"/>
            <w:r w:rsidRPr="00D54747">
              <w:t xml:space="preserve"> хребта: </w:t>
            </w:r>
            <w:proofErr w:type="spellStart"/>
            <w:r w:rsidRPr="00D54747">
              <w:t>ефективність</w:t>
            </w:r>
            <w:proofErr w:type="spellEnd"/>
            <w:r w:rsidRPr="00D54747">
              <w:t xml:space="preserve">, </w:t>
            </w:r>
            <w:proofErr w:type="spellStart"/>
            <w:r w:rsidRPr="00D54747">
              <w:t>безпека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перспективи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Ортопедія</w:t>
            </w:r>
            <w:proofErr w:type="spellEnd"/>
            <w:r w:rsidRPr="00D54747">
              <w:t xml:space="preserve">, </w:t>
            </w:r>
            <w:proofErr w:type="spellStart"/>
            <w:r w:rsidRPr="00D54747">
              <w:t>травматологія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протезування</w:t>
            </w:r>
            <w:proofErr w:type="spellEnd"/>
            <w:r w:rsidRPr="00D54747">
              <w:t xml:space="preserve">. 2025. № 3 (640) – C.103-111 </w:t>
            </w:r>
          </w:p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DOI: </w:t>
            </w:r>
            <w:hyperlink r:id="rId12" w:history="1">
              <w:r w:rsidRPr="00081ECD">
                <w:rPr>
                  <w:rStyle w:val="affa"/>
                  <w:lang w:val="en-US"/>
                </w:rPr>
                <w:t>http://dx.doi.org/10.15674/0030-598720253103-110</w:t>
              </w:r>
            </w:hyperlink>
          </w:p>
          <w:p w:rsidR="00FF4FAB" w:rsidRPr="00D54747" w:rsidRDefault="00FF4FAB" w:rsidP="00FF4FAB">
            <w:r w:rsidRPr="00D54747">
              <w:rPr>
                <w:b/>
              </w:rPr>
              <w:t>Scopus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9 / 7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67317" w:rsidRPr="00167317" w:rsidRDefault="00FF4FAB" w:rsidP="00FF4FAB">
            <w:r w:rsidRPr="00167317">
              <w:t>Корж І.В.</w:t>
            </w:r>
          </w:p>
          <w:p w:rsidR="00FF4FAB" w:rsidRPr="00167317" w:rsidRDefault="00FF4FAB" w:rsidP="00FF4FAB">
            <w:r w:rsidRPr="00167317">
              <w:t xml:space="preserve"> Федік К.О.</w:t>
            </w:r>
          </w:p>
        </w:tc>
      </w:tr>
      <w:tr w:rsidR="00FF4FAB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Дослідження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ефективності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використання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джгута</w:t>
            </w:r>
            <w:proofErr w:type="spellEnd"/>
            <w:r w:rsidRPr="00D54747">
              <w:t xml:space="preserve"> для </w:t>
            </w:r>
            <w:proofErr w:type="spellStart"/>
            <w:r w:rsidRPr="00D54747">
              <w:t>зупинки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кровотечі</w:t>
            </w:r>
            <w:proofErr w:type="spellEnd"/>
            <w:r w:rsidRPr="00D54747">
              <w:t xml:space="preserve"> «СІЧ-</w:t>
            </w:r>
            <w:proofErr w:type="spellStart"/>
            <w:r w:rsidRPr="00D54747">
              <w:t>Турнікет</w:t>
            </w:r>
            <w:proofErr w:type="spellEnd"/>
            <w:r w:rsidRPr="00D54747">
              <w:t>»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roofErr w:type="spellStart"/>
            <w:r w:rsidRPr="00D54747">
              <w:t>Ортопедія</w:t>
            </w:r>
            <w:proofErr w:type="spellEnd"/>
            <w:r w:rsidRPr="00D54747">
              <w:t xml:space="preserve">, </w:t>
            </w:r>
            <w:proofErr w:type="spellStart"/>
            <w:r w:rsidRPr="00D54747">
              <w:t>травматологія</w:t>
            </w:r>
            <w:proofErr w:type="spellEnd"/>
            <w:r w:rsidRPr="00D54747">
              <w:t xml:space="preserve"> та </w:t>
            </w:r>
            <w:proofErr w:type="spellStart"/>
            <w:r w:rsidRPr="00D54747">
              <w:t>протезування</w:t>
            </w:r>
            <w:proofErr w:type="spellEnd"/>
            <w:r w:rsidRPr="00D54747">
              <w:t xml:space="preserve">. 2025. № 4 (641) – C.115-124 </w:t>
            </w:r>
          </w:p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DOI: </w:t>
            </w:r>
            <w:hyperlink r:id="rId13" w:history="1">
              <w:r w:rsidRPr="00081ECD">
                <w:rPr>
                  <w:rStyle w:val="affa"/>
                  <w:lang w:val="en-US"/>
                </w:rPr>
                <w:t>http://dx.doi.org/10.15674/0030-598720254115-124</w:t>
              </w:r>
            </w:hyperlink>
          </w:p>
          <w:p w:rsidR="00FF4FAB" w:rsidRPr="00D54747" w:rsidRDefault="00FF4FAB" w:rsidP="00FF4FAB">
            <w:r w:rsidRPr="00D54747">
              <w:rPr>
                <w:b/>
              </w:rPr>
              <w:t>Scopus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10 / 8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167317">
            <w:proofErr w:type="spellStart"/>
            <w:r w:rsidRPr="00167317">
              <w:t>Карпінська</w:t>
            </w:r>
            <w:proofErr w:type="spellEnd"/>
            <w:r w:rsidRPr="00167317">
              <w:t xml:space="preserve"> О., </w:t>
            </w:r>
            <w:proofErr w:type="spellStart"/>
            <w:r w:rsidRPr="00167317">
              <w:t>Лизогуб</w:t>
            </w:r>
            <w:proofErr w:type="spellEnd"/>
            <w:r w:rsidRPr="00167317">
              <w:t xml:space="preserve"> М., Тяжелов О., </w:t>
            </w:r>
            <w:r w:rsidR="00D54747" w:rsidRPr="00167317">
              <w:rPr>
                <w:color w:val="000000" w:themeColor="text1"/>
                <w:lang w:eastAsia="zh-CN" w:bidi="ar"/>
              </w:rPr>
              <w:t xml:space="preserve">та </w:t>
            </w:r>
            <w:proofErr w:type="spellStart"/>
            <w:r w:rsidR="00D54747" w:rsidRPr="00167317">
              <w:rPr>
                <w:color w:val="000000" w:themeColor="text1"/>
                <w:lang w:eastAsia="zh-CN" w:bidi="ar"/>
              </w:rPr>
              <w:t>інші</w:t>
            </w:r>
            <w:proofErr w:type="spellEnd"/>
            <w:r w:rsidR="00D54747" w:rsidRPr="00167317">
              <w:rPr>
                <w:color w:val="000000" w:themeColor="text1"/>
                <w:lang w:eastAsia="zh-CN" w:bidi="ar"/>
              </w:rPr>
              <w:t xml:space="preserve"> </w:t>
            </w:r>
            <w:proofErr w:type="spellStart"/>
            <w:r w:rsidR="00D54747" w:rsidRPr="00167317">
              <w:rPr>
                <w:color w:val="000000" w:themeColor="text1"/>
              </w:rPr>
              <w:t>всього</w:t>
            </w:r>
            <w:proofErr w:type="spellEnd"/>
            <w:r w:rsidR="00D54747" w:rsidRPr="00167317">
              <w:rPr>
                <w:color w:val="000000" w:themeColor="text1"/>
              </w:rPr>
              <w:t xml:space="preserve"> </w:t>
            </w:r>
            <w:r w:rsidR="00D54747" w:rsidRPr="00167317">
              <w:rPr>
                <w:color w:val="000000" w:themeColor="text1"/>
                <w:lang w:val="uk-UA"/>
              </w:rPr>
              <w:t>5</w:t>
            </w:r>
            <w:r w:rsidR="00D54747" w:rsidRPr="00167317">
              <w:rPr>
                <w:color w:val="000000" w:themeColor="text1"/>
              </w:rPr>
              <w:t xml:space="preserve"> </w:t>
            </w:r>
            <w:proofErr w:type="spellStart"/>
            <w:r w:rsidR="00D54747" w:rsidRPr="00167317">
              <w:rPr>
                <w:color w:val="000000" w:themeColor="text1"/>
              </w:rPr>
              <w:t>осіб</w:t>
            </w:r>
            <w:proofErr w:type="spellEnd"/>
            <w:r w:rsidR="00D54747" w:rsidRPr="00167317">
              <w:rPr>
                <w:color w:val="000000" w:themeColor="text1"/>
              </w:rPr>
              <w:t>.</w:t>
            </w:r>
          </w:p>
        </w:tc>
      </w:tr>
      <w:tr w:rsidR="00FF4FAB" w:rsidRPr="00416B81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C66C89" w:rsidRPr="00C66C89" w:rsidRDefault="00C66C89" w:rsidP="00FF4FAB">
            <w:pPr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Fedotova</w:t>
            </w:r>
            <w:proofErr w:type="spellEnd"/>
            <w:r w:rsidRPr="00C66C89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</w:t>
            </w:r>
            <w:r w:rsidRPr="00C66C89">
              <w:rPr>
                <w:b/>
              </w:rPr>
              <w:t>.</w:t>
            </w:r>
          </w:p>
          <w:p w:rsidR="00FF4FAB" w:rsidRPr="00C66C89" w:rsidRDefault="00FF4FAB" w:rsidP="00FF4FAB">
            <w:pPr>
              <w:rPr>
                <w:b/>
                <w:sz w:val="22"/>
              </w:rPr>
            </w:pPr>
            <w:proofErr w:type="spellStart"/>
            <w:r w:rsidRPr="00C66C89">
              <w:rPr>
                <w:b/>
              </w:rPr>
              <w:t>Clinical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assessment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of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the</w:t>
            </w:r>
            <w:proofErr w:type="spellEnd"/>
            <w:r w:rsidRPr="00C66C89">
              <w:rPr>
                <w:b/>
              </w:rPr>
              <w:t xml:space="preserve"> adaptation of military personnel with shoulder </w:t>
            </w:r>
            <w:proofErr w:type="spellStart"/>
            <w:r w:rsidRPr="00C66C89">
              <w:rPr>
                <w:b/>
              </w:rPr>
              <w:t>injuries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depending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on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the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degree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of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stress</w:t>
            </w:r>
            <w:proofErr w:type="spellEnd"/>
            <w:r w:rsidRPr="00C66C89">
              <w:rPr>
                <w:b/>
              </w:rPr>
              <w:t xml:space="preserve"> </w:t>
            </w:r>
            <w:proofErr w:type="spellStart"/>
            <w:r w:rsidRPr="00C66C89">
              <w:rPr>
                <w:b/>
              </w:rPr>
              <w:t>response</w:t>
            </w:r>
            <w:proofErr w:type="spellEnd"/>
            <w:r w:rsidR="00AA1652" w:rsidRPr="00C66C89">
              <w:rPr>
                <w:b/>
              </w:rPr>
              <w:t xml:space="preserve"> / </w:t>
            </w:r>
            <w:proofErr w:type="spellStart"/>
            <w:r w:rsidR="00AA1652" w:rsidRPr="00C66C89">
              <w:rPr>
                <w:b/>
              </w:rPr>
              <w:t>Клінічна</w:t>
            </w:r>
            <w:proofErr w:type="spellEnd"/>
            <w:r w:rsidR="00AA1652" w:rsidRPr="00C66C89">
              <w:rPr>
                <w:b/>
              </w:rPr>
              <w:t xml:space="preserve"> </w:t>
            </w:r>
            <w:proofErr w:type="spellStart"/>
            <w:r w:rsidR="00AA1652" w:rsidRPr="00C66C89">
              <w:rPr>
                <w:b/>
              </w:rPr>
              <w:t>оцінка</w:t>
            </w:r>
            <w:proofErr w:type="spellEnd"/>
            <w:r w:rsidR="00AA1652" w:rsidRPr="00C66C89">
              <w:rPr>
                <w:b/>
              </w:rPr>
              <w:t xml:space="preserve"> </w:t>
            </w:r>
            <w:proofErr w:type="spellStart"/>
            <w:r w:rsidR="00AA1652" w:rsidRPr="00C66C89">
              <w:rPr>
                <w:b/>
              </w:rPr>
              <w:t>адаптації</w:t>
            </w:r>
            <w:proofErr w:type="spellEnd"/>
            <w:r w:rsidR="00AA1652" w:rsidRPr="00C66C89">
              <w:rPr>
                <w:b/>
              </w:rPr>
              <w:t xml:space="preserve"> </w:t>
            </w:r>
            <w:proofErr w:type="spellStart"/>
            <w:r w:rsidR="00AA1652" w:rsidRPr="00C66C89">
              <w:rPr>
                <w:b/>
              </w:rPr>
              <w:t>організму</w:t>
            </w:r>
            <w:proofErr w:type="spellEnd"/>
            <w:r w:rsidR="00AA1652" w:rsidRPr="00C66C89">
              <w:rPr>
                <w:b/>
              </w:rPr>
              <w:t xml:space="preserve"> </w:t>
            </w:r>
            <w:proofErr w:type="spellStart"/>
            <w:r w:rsidR="00AA1652" w:rsidRPr="00C66C89">
              <w:rPr>
                <w:b/>
              </w:rPr>
              <w:t>військовослужбовців</w:t>
            </w:r>
            <w:proofErr w:type="spellEnd"/>
            <w:r w:rsidR="00AA1652" w:rsidRPr="00C66C89">
              <w:rPr>
                <w:b/>
              </w:rPr>
              <w:t xml:space="preserve"> </w:t>
            </w:r>
            <w:proofErr w:type="spellStart"/>
            <w:r w:rsidR="00AA1652" w:rsidRPr="00C66C89">
              <w:rPr>
                <w:b/>
              </w:rPr>
              <w:t>із</w:t>
            </w:r>
            <w:proofErr w:type="spellEnd"/>
            <w:r w:rsidR="00AA1652" w:rsidRPr="00C66C89">
              <w:rPr>
                <w:b/>
              </w:rPr>
              <w:t xml:space="preserve"> травмами плеча </w:t>
            </w:r>
            <w:proofErr w:type="spellStart"/>
            <w:r w:rsidR="00AA1652" w:rsidRPr="00C66C89">
              <w:rPr>
                <w:b/>
              </w:rPr>
              <w:t>залежно</w:t>
            </w:r>
            <w:proofErr w:type="spellEnd"/>
            <w:r w:rsidR="00AA1652" w:rsidRPr="00C66C89">
              <w:rPr>
                <w:b/>
              </w:rPr>
              <w:t xml:space="preserve"> </w:t>
            </w:r>
            <w:proofErr w:type="spellStart"/>
            <w:r w:rsidR="00AA1652" w:rsidRPr="00C66C89">
              <w:rPr>
                <w:b/>
              </w:rPr>
              <w:t>від</w:t>
            </w:r>
            <w:proofErr w:type="spellEnd"/>
            <w:r w:rsidR="00AA1652" w:rsidRPr="00C66C89">
              <w:rPr>
                <w:b/>
              </w:rPr>
              <w:t xml:space="preserve"> </w:t>
            </w:r>
            <w:proofErr w:type="spellStart"/>
            <w:r w:rsidR="00AA1652" w:rsidRPr="00C66C89">
              <w:rPr>
                <w:b/>
              </w:rPr>
              <w:t>ступеня</w:t>
            </w:r>
            <w:proofErr w:type="spellEnd"/>
            <w:r w:rsidR="00AA1652" w:rsidRPr="00C66C89">
              <w:rPr>
                <w:b/>
              </w:rPr>
              <w:t xml:space="preserve"> </w:t>
            </w:r>
            <w:proofErr w:type="spellStart"/>
            <w:r w:rsidR="00AA1652" w:rsidRPr="00C66C89">
              <w:rPr>
                <w:b/>
              </w:rPr>
              <w:t>стресової</w:t>
            </w:r>
            <w:proofErr w:type="spellEnd"/>
            <w:r w:rsidR="00AA1652" w:rsidRPr="00C66C89">
              <w:rPr>
                <w:b/>
              </w:rPr>
              <w:t xml:space="preserve"> </w:t>
            </w:r>
            <w:proofErr w:type="spellStart"/>
            <w:r w:rsidR="00AA1652" w:rsidRPr="00C66C89">
              <w:rPr>
                <w:b/>
              </w:rPr>
              <w:t>реакції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FF4FAB">
            <w:pPr>
              <w:jc w:val="center"/>
              <w:rPr>
                <w:b/>
              </w:rPr>
            </w:pPr>
            <w:r w:rsidRPr="00C66C89">
              <w:rPr>
                <w:b/>
              </w:rPr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FF4FAB">
            <w:pPr>
              <w:rPr>
                <w:b/>
              </w:rPr>
            </w:pPr>
            <w:r w:rsidRPr="00C66C89">
              <w:rPr>
                <w:b/>
              </w:rPr>
              <w:t xml:space="preserve">Травма 1 номер. 2026. С.37-42 </w:t>
            </w:r>
          </w:p>
          <w:p w:rsidR="00FF4FAB" w:rsidRPr="00416B81" w:rsidRDefault="00FF4FAB" w:rsidP="00FF4FAB">
            <w:pPr>
              <w:rPr>
                <w:b/>
              </w:rPr>
            </w:pPr>
            <w:r w:rsidRPr="006F3B4A">
              <w:rPr>
                <w:b/>
                <w:lang w:val="en-US"/>
              </w:rPr>
              <w:t>DOI</w:t>
            </w:r>
            <w:r w:rsidRPr="00416B81">
              <w:rPr>
                <w:b/>
              </w:rPr>
              <w:t xml:space="preserve">: </w:t>
            </w:r>
            <w:r w:rsidR="006F3B4A">
              <w:fldChar w:fldCharType="begin"/>
            </w:r>
            <w:r w:rsidR="006F3B4A" w:rsidRPr="00416B81">
              <w:instrText xml:space="preserve"> </w:instrText>
            </w:r>
            <w:r w:rsidR="006F3B4A" w:rsidRPr="006F3B4A">
              <w:rPr>
                <w:lang w:val="en-US"/>
              </w:rPr>
              <w:instrText>HYPERLINK</w:instrText>
            </w:r>
            <w:r w:rsidR="006F3B4A" w:rsidRPr="00416B81">
              <w:instrText xml:space="preserve"> "</w:instrText>
            </w:r>
            <w:r w:rsidR="006F3B4A" w:rsidRPr="006F3B4A">
              <w:rPr>
                <w:lang w:val="en-US"/>
              </w:rPr>
              <w:instrText>https</w:instrText>
            </w:r>
            <w:r w:rsidR="006F3B4A" w:rsidRPr="00416B81">
              <w:instrText>://</w:instrText>
            </w:r>
            <w:r w:rsidR="006F3B4A" w:rsidRPr="006F3B4A">
              <w:rPr>
                <w:lang w:val="en-US"/>
              </w:rPr>
              <w:instrText>doi</w:instrText>
            </w:r>
            <w:r w:rsidR="006F3B4A" w:rsidRPr="00416B81">
              <w:instrText>.</w:instrText>
            </w:r>
            <w:r w:rsidR="006F3B4A" w:rsidRPr="006F3B4A">
              <w:rPr>
                <w:lang w:val="en-US"/>
              </w:rPr>
              <w:instrText>org</w:instrText>
            </w:r>
            <w:r w:rsidR="006F3B4A" w:rsidRPr="00416B81">
              <w:instrText xml:space="preserve">/10.22141/1608-1706.1.27.2026.1064" </w:instrText>
            </w:r>
            <w:r w:rsidR="006F3B4A">
              <w:fldChar w:fldCharType="separate"/>
            </w:r>
            <w:r w:rsidRPr="006F3B4A">
              <w:rPr>
                <w:rStyle w:val="affa"/>
                <w:b/>
                <w:lang w:val="en-US"/>
              </w:rPr>
              <w:t>https</w:t>
            </w:r>
            <w:r w:rsidRPr="00416B81">
              <w:rPr>
                <w:rStyle w:val="affa"/>
                <w:b/>
              </w:rPr>
              <w:t>://</w:t>
            </w:r>
            <w:r w:rsidRPr="006F3B4A">
              <w:rPr>
                <w:rStyle w:val="affa"/>
                <w:b/>
                <w:lang w:val="en-US"/>
              </w:rPr>
              <w:t>doi</w:t>
            </w:r>
            <w:r w:rsidRPr="00416B81">
              <w:rPr>
                <w:rStyle w:val="affa"/>
                <w:b/>
              </w:rPr>
              <w:t>.</w:t>
            </w:r>
            <w:r w:rsidRPr="006F3B4A">
              <w:rPr>
                <w:rStyle w:val="affa"/>
                <w:b/>
                <w:lang w:val="en-US"/>
              </w:rPr>
              <w:t>org</w:t>
            </w:r>
            <w:r w:rsidRPr="00416B81">
              <w:rPr>
                <w:rStyle w:val="affa"/>
                <w:b/>
              </w:rPr>
              <w:t>/10.22141/1608-1706.1.27.2026.1064</w:t>
            </w:r>
            <w:r w:rsidR="006F3B4A">
              <w:rPr>
                <w:rStyle w:val="affa"/>
                <w:b/>
              </w:rPr>
              <w:fldChar w:fldCharType="end"/>
            </w:r>
          </w:p>
          <w:p w:rsidR="00FF4FAB" w:rsidRPr="00416B81" w:rsidRDefault="00FF4FAB" w:rsidP="00FF4FAB">
            <w:pPr>
              <w:rPr>
                <w:b/>
              </w:rPr>
            </w:pPr>
            <w:r w:rsidRPr="006F3B4A">
              <w:rPr>
                <w:b/>
                <w:lang w:val="en-US"/>
              </w:rPr>
              <w:t>Scopus</w:t>
            </w:r>
          </w:p>
          <w:p w:rsidR="00AA1652" w:rsidRPr="006F3B4A" w:rsidRDefault="00AA1652" w:rsidP="00AA1652">
            <w:pPr>
              <w:rPr>
                <w:b/>
                <w:lang w:val="en-US"/>
              </w:rPr>
            </w:pPr>
            <w:r w:rsidRPr="006F3B4A">
              <w:rPr>
                <w:b/>
                <w:lang w:val="en-US"/>
              </w:rPr>
              <w:t>ISSN 16081706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FF4FAB">
            <w:pPr>
              <w:jc w:val="center"/>
              <w:rPr>
                <w:b/>
              </w:rPr>
            </w:pPr>
            <w:r w:rsidRPr="00C66C89">
              <w:rPr>
                <w:b/>
              </w:rPr>
              <w:t>6 / 3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6F3B4A" w:rsidRDefault="00FF4FAB" w:rsidP="00167317">
            <w:pPr>
              <w:rPr>
                <w:b/>
                <w:lang w:val="en-US"/>
              </w:rPr>
            </w:pPr>
            <w:r w:rsidRPr="006F3B4A">
              <w:rPr>
                <w:b/>
                <w:lang w:val="en-US"/>
              </w:rPr>
              <w:t xml:space="preserve">Lyzohub K., Morozenko D., Lyzohub M., </w:t>
            </w:r>
            <w:r w:rsidR="00167317" w:rsidRPr="006F3B4A">
              <w:rPr>
                <w:b/>
                <w:bCs/>
                <w:color w:val="000000"/>
                <w:lang w:val="en-US"/>
              </w:rPr>
              <w:t xml:space="preserve">et al., </w:t>
            </w:r>
            <w:r w:rsidR="00167317" w:rsidRPr="00C66C89">
              <w:rPr>
                <w:b/>
                <w:bCs/>
                <w:color w:val="000000"/>
                <w:lang w:val="uk-UA"/>
              </w:rPr>
              <w:t>4</w:t>
            </w:r>
            <w:r w:rsidR="00167317" w:rsidRPr="006F3B4A">
              <w:rPr>
                <w:b/>
                <w:bCs/>
                <w:color w:val="000000"/>
                <w:lang w:val="en-US"/>
              </w:rPr>
              <w:t xml:space="preserve"> authors in all 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Stress, overload and spine pathology: relevance and clinical parallels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тези / матеріали конференції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932CC" w:rsidRDefault="00FF4FAB" w:rsidP="00FF4FAB">
            <w:proofErr w:type="spellStart"/>
            <w:r w:rsidRPr="000932CC">
              <w:t>Міжнародна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науково</w:t>
            </w:r>
            <w:proofErr w:type="spellEnd"/>
            <w:r w:rsidRPr="000932CC">
              <w:t xml:space="preserve">-практична </w:t>
            </w:r>
            <w:proofErr w:type="spellStart"/>
            <w:r w:rsidRPr="000932CC">
              <w:t>конференція</w:t>
            </w:r>
            <w:proofErr w:type="spellEnd"/>
            <w:r w:rsidRPr="000932CC">
              <w:t xml:space="preserve"> наука, </w:t>
            </w:r>
            <w:proofErr w:type="spellStart"/>
            <w:r w:rsidRPr="000932CC">
              <w:t>освіта</w:t>
            </w:r>
            <w:proofErr w:type="spellEnd"/>
            <w:r w:rsidRPr="000932CC">
              <w:t xml:space="preserve">, </w:t>
            </w:r>
            <w:proofErr w:type="spellStart"/>
            <w:r w:rsidRPr="000932CC">
              <w:t>технологіі</w:t>
            </w:r>
            <w:proofErr w:type="spellEnd"/>
            <w:r w:rsidRPr="000932CC">
              <w:t xml:space="preserve">̈ та </w:t>
            </w:r>
            <w:proofErr w:type="spellStart"/>
            <w:r w:rsidRPr="000932CC">
              <w:t>суспільство</w:t>
            </w:r>
            <w:proofErr w:type="spellEnd"/>
            <w:r w:rsidRPr="000932CC">
              <w:t xml:space="preserve">: </w:t>
            </w:r>
            <w:proofErr w:type="spellStart"/>
            <w:r w:rsidRPr="000932CC">
              <w:t>сучасні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тенденціі</w:t>
            </w:r>
            <w:proofErr w:type="spellEnd"/>
            <w:r w:rsidRPr="000932CC">
              <w:t xml:space="preserve">̈ та </w:t>
            </w:r>
            <w:proofErr w:type="spellStart"/>
            <w:r w:rsidRPr="000932CC">
              <w:t>перспективи</w:t>
            </w:r>
            <w:proofErr w:type="spellEnd"/>
            <w:r w:rsidRPr="000932CC">
              <w:t xml:space="preserve"> </w:t>
            </w:r>
            <w:proofErr w:type="spellStart"/>
            <w:r w:rsidRPr="000932CC">
              <w:t>розвитку</w:t>
            </w:r>
            <w:proofErr w:type="spellEnd"/>
            <w:r w:rsidRPr="000932CC">
              <w:t xml:space="preserve"> в </w:t>
            </w:r>
            <w:proofErr w:type="spellStart"/>
            <w:r w:rsidRPr="000932CC">
              <w:t>Україні</w:t>
            </w:r>
            <w:proofErr w:type="spellEnd"/>
            <w:r w:rsidRPr="000932CC">
              <w:t xml:space="preserve"> та </w:t>
            </w:r>
            <w:proofErr w:type="spellStart"/>
            <w:r w:rsidRPr="000932CC">
              <w:t>світі</w:t>
            </w:r>
            <w:proofErr w:type="spellEnd"/>
            <w:r w:rsidRPr="000932CC">
              <w:t xml:space="preserve">. </w:t>
            </w:r>
            <w:proofErr w:type="spellStart"/>
            <w:r w:rsidRPr="000932CC">
              <w:t>Збірник</w:t>
            </w:r>
            <w:proofErr w:type="spellEnd"/>
            <w:r w:rsidRPr="000932CC">
              <w:t xml:space="preserve"> тез </w:t>
            </w:r>
            <w:proofErr w:type="spellStart"/>
            <w:r w:rsidRPr="000932CC">
              <w:t>доповідеи</w:t>
            </w:r>
            <w:proofErr w:type="spellEnd"/>
            <w:r w:rsidRPr="000932CC">
              <w:t xml:space="preserve">̆. 27 </w:t>
            </w:r>
            <w:proofErr w:type="spellStart"/>
            <w:r w:rsidRPr="000932CC">
              <w:t>березня</w:t>
            </w:r>
            <w:proofErr w:type="spellEnd"/>
            <w:r w:rsidRPr="000932CC">
              <w:t xml:space="preserve"> 2026 р. Стр.101-105. </w:t>
            </w:r>
          </w:p>
          <w:p w:rsidR="00FF4FAB" w:rsidRPr="00D54747" w:rsidRDefault="00FF4FAB" w:rsidP="00FF4FAB">
            <w:pPr>
              <w:rPr>
                <w:sz w:val="22"/>
              </w:rPr>
            </w:pPr>
            <w:r w:rsidRPr="000932CC">
              <w:t>DOI: https://doi.org/10.64076/CFER-27.03.2026.008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4/ 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Leontieva</w:t>
            </w:r>
            <w:proofErr w:type="spellEnd"/>
            <w:r w:rsidRPr="00167317">
              <w:t xml:space="preserve"> F., </w:t>
            </w:r>
            <w:proofErr w:type="spellStart"/>
            <w:r w:rsidRPr="00167317">
              <w:t>Morozenko</w:t>
            </w:r>
            <w:proofErr w:type="spellEnd"/>
            <w:r w:rsidRPr="00167317">
              <w:t xml:space="preserve"> D.</w:t>
            </w:r>
          </w:p>
        </w:tc>
      </w:tr>
      <w:tr w:rsidR="00FF4FAB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FF4FAB">
            <w:pPr>
              <w:rPr>
                <w:lang w:val="en-US"/>
              </w:rPr>
            </w:pPr>
            <w:proofErr w:type="spellStart"/>
            <w:r w:rsidRPr="00D54747">
              <w:t>Стрес</w:t>
            </w:r>
            <w:proofErr w:type="spellEnd"/>
            <w:r w:rsidRPr="00C66C89">
              <w:rPr>
                <w:lang w:val="en-US"/>
              </w:rPr>
              <w:t xml:space="preserve"> </w:t>
            </w:r>
            <w:r w:rsidRPr="00D54747">
              <w:t>і</w:t>
            </w:r>
            <w:r w:rsidRPr="00C66C89">
              <w:rPr>
                <w:lang w:val="en-US"/>
              </w:rPr>
              <w:t xml:space="preserve"> </w:t>
            </w:r>
            <w:proofErr w:type="spellStart"/>
            <w:r w:rsidRPr="00D54747">
              <w:t>перенавантаження</w:t>
            </w:r>
            <w:proofErr w:type="spellEnd"/>
            <w:r w:rsidRPr="00C66C89">
              <w:rPr>
                <w:lang w:val="en-US"/>
              </w:rPr>
              <w:t xml:space="preserve"> </w:t>
            </w:r>
            <w:r w:rsidRPr="00D54747">
              <w:t>хребта</w:t>
            </w:r>
            <w:r w:rsidRPr="00C66C89">
              <w:rPr>
                <w:lang w:val="en-US"/>
              </w:rPr>
              <w:t xml:space="preserve">: </w:t>
            </w:r>
            <w:proofErr w:type="spellStart"/>
            <w:r w:rsidRPr="00D54747">
              <w:t>клініко</w:t>
            </w:r>
            <w:proofErr w:type="spellEnd"/>
            <w:r w:rsidRPr="00C66C89">
              <w:rPr>
                <w:lang w:val="en-US"/>
              </w:rPr>
              <w:t>-</w:t>
            </w:r>
            <w:proofErr w:type="spellStart"/>
            <w:r w:rsidRPr="00D54747">
              <w:t>патогенетичні</w:t>
            </w:r>
            <w:proofErr w:type="spellEnd"/>
            <w:r w:rsidRPr="00C66C89">
              <w:rPr>
                <w:lang w:val="en-US"/>
              </w:rPr>
              <w:t xml:space="preserve"> </w:t>
            </w:r>
            <w:proofErr w:type="spellStart"/>
            <w:r w:rsidRPr="00D54747">
              <w:t>механізми</w:t>
            </w:r>
            <w:proofErr w:type="spellEnd"/>
            <w:r w:rsidRPr="00C66C89">
              <w:rPr>
                <w:lang w:val="en-US"/>
              </w:rPr>
              <w:t xml:space="preserve"> </w:t>
            </w:r>
            <w:r w:rsidRPr="00D54747">
              <w:t>та</w:t>
            </w:r>
            <w:r w:rsidRPr="00C66C89">
              <w:rPr>
                <w:lang w:val="en-US"/>
              </w:rPr>
              <w:t xml:space="preserve"> </w:t>
            </w:r>
            <w:proofErr w:type="spellStart"/>
            <w:r w:rsidRPr="00D54747">
              <w:t>біохімічні</w:t>
            </w:r>
            <w:proofErr w:type="spellEnd"/>
            <w:r w:rsidRPr="00C66C89">
              <w:rPr>
                <w:lang w:val="en-US"/>
              </w:rPr>
              <w:t xml:space="preserve"> </w:t>
            </w:r>
            <w:proofErr w:type="spellStart"/>
            <w:r w:rsidRPr="00D54747">
              <w:t>маркери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стаття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03580F" w:rsidRDefault="00FF4FAB" w:rsidP="00FF4FAB">
            <w:proofErr w:type="spellStart"/>
            <w:r w:rsidRPr="00D54747">
              <w:t>Актуальні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проблеми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сучасної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медицини</w:t>
            </w:r>
            <w:proofErr w:type="spellEnd"/>
            <w:r w:rsidRPr="00D54747">
              <w:t xml:space="preserve">: </w:t>
            </w:r>
            <w:proofErr w:type="spellStart"/>
            <w:r w:rsidRPr="00D54747">
              <w:t>вісник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української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медичної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стоматологічної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академії</w:t>
            </w:r>
            <w:proofErr w:type="spellEnd"/>
            <w:r w:rsidRPr="00D54747">
              <w:t xml:space="preserve">. Т. 26, № 2 (2026) </w:t>
            </w:r>
          </w:p>
          <w:p w:rsidR="00FF4FAB" w:rsidRPr="00D54747" w:rsidRDefault="00FF4FAB" w:rsidP="00FF4FAB">
            <w:r w:rsidRPr="00D54747">
              <w:t>DOI: https://doi.org/10.31718/2077-1096.26.2.290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— / —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roofErr w:type="spellStart"/>
            <w:r w:rsidRPr="00167317">
              <w:t>Леонтьєва</w:t>
            </w:r>
            <w:proofErr w:type="spellEnd"/>
            <w:r w:rsidRPr="00167317">
              <w:t xml:space="preserve"> </w:t>
            </w:r>
            <w:r w:rsidRPr="00167317">
              <w:rPr>
                <w:lang w:val="uk-UA"/>
              </w:rPr>
              <w:t>Ф.,</w:t>
            </w:r>
            <w:r w:rsidRPr="00167317">
              <w:t xml:space="preserve"> Морозенко</w:t>
            </w:r>
            <w:r w:rsidRPr="00167317">
              <w:rPr>
                <w:lang w:val="uk-UA"/>
              </w:rPr>
              <w:t xml:space="preserve"> Д.,</w:t>
            </w:r>
            <w:r w:rsidRPr="00167317">
              <w:t xml:space="preserve"> </w:t>
            </w:r>
            <w:proofErr w:type="spellStart"/>
            <w:r w:rsidRPr="00167317">
              <w:t>Данільченко</w:t>
            </w:r>
            <w:proofErr w:type="spellEnd"/>
            <w:r w:rsidRPr="00167317">
              <w:t xml:space="preserve"> С.</w:t>
            </w:r>
          </w:p>
        </w:tc>
      </w:tr>
      <w:tr w:rsidR="00FF4FAB" w:rsidRPr="00416B81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C66C89" w:rsidRPr="006F3B4A" w:rsidRDefault="00C66C89" w:rsidP="00FF4FAB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Fedotova</w:t>
            </w:r>
            <w:proofErr w:type="spellEnd"/>
            <w:r w:rsidRPr="006F3B4A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I</w:t>
            </w:r>
            <w:r w:rsidRPr="006F3B4A">
              <w:rPr>
                <w:b/>
                <w:lang w:val="en-US"/>
              </w:rPr>
              <w:t>.</w:t>
            </w:r>
          </w:p>
          <w:p w:rsidR="00FF4FAB" w:rsidRPr="006F3B4A" w:rsidRDefault="00AA1652" w:rsidP="00FF4FAB">
            <w:pPr>
              <w:rPr>
                <w:b/>
                <w:lang w:val="en-US"/>
              </w:rPr>
            </w:pPr>
            <w:r w:rsidRPr="00C66C89">
              <w:rPr>
                <w:b/>
                <w:lang w:val="en-US"/>
              </w:rPr>
              <w:t>Motivational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factors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and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methodological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principles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of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forming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the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goal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of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scientific</w:t>
            </w:r>
            <w:r w:rsidRPr="006F3B4A">
              <w:rPr>
                <w:b/>
                <w:lang w:val="en-US"/>
              </w:rPr>
              <w:t xml:space="preserve"> </w:t>
            </w:r>
            <w:r w:rsidRPr="00C66C89">
              <w:rPr>
                <w:b/>
                <w:lang w:val="en-US"/>
              </w:rPr>
              <w:t>research</w:t>
            </w:r>
            <w:r w:rsidRPr="006F3B4A">
              <w:rPr>
                <w:b/>
                <w:lang w:val="en-US"/>
              </w:rPr>
              <w:t xml:space="preserve"> / </w:t>
            </w:r>
            <w:proofErr w:type="spellStart"/>
            <w:r w:rsidR="00FF4FAB" w:rsidRPr="00C66C89">
              <w:rPr>
                <w:b/>
              </w:rPr>
              <w:t>Мотиваційні</w:t>
            </w:r>
            <w:proofErr w:type="spellEnd"/>
            <w:r w:rsidR="00FF4FAB" w:rsidRPr="006F3B4A">
              <w:rPr>
                <w:b/>
                <w:lang w:val="en-US"/>
              </w:rPr>
              <w:t xml:space="preserve"> </w:t>
            </w:r>
            <w:proofErr w:type="spellStart"/>
            <w:r w:rsidR="00FF4FAB" w:rsidRPr="00C66C89">
              <w:rPr>
                <w:b/>
              </w:rPr>
              <w:t>рактори</w:t>
            </w:r>
            <w:proofErr w:type="spellEnd"/>
            <w:r w:rsidR="00FF4FAB" w:rsidRPr="006F3B4A">
              <w:rPr>
                <w:b/>
                <w:lang w:val="en-US"/>
              </w:rPr>
              <w:t xml:space="preserve"> </w:t>
            </w:r>
            <w:r w:rsidR="00FF4FAB" w:rsidRPr="00C66C89">
              <w:rPr>
                <w:b/>
              </w:rPr>
              <w:t>і</w:t>
            </w:r>
            <w:r w:rsidR="00FF4FAB" w:rsidRPr="006F3B4A">
              <w:rPr>
                <w:b/>
                <w:lang w:val="en-US"/>
              </w:rPr>
              <w:t xml:space="preserve"> </w:t>
            </w:r>
            <w:proofErr w:type="spellStart"/>
            <w:r w:rsidR="00FF4FAB" w:rsidRPr="00C66C89">
              <w:rPr>
                <w:b/>
              </w:rPr>
              <w:t>метолологічні</w:t>
            </w:r>
            <w:proofErr w:type="spellEnd"/>
            <w:r w:rsidR="00FF4FAB" w:rsidRPr="006F3B4A">
              <w:rPr>
                <w:b/>
                <w:lang w:val="en-US"/>
              </w:rPr>
              <w:t xml:space="preserve"> </w:t>
            </w:r>
            <w:proofErr w:type="spellStart"/>
            <w:r w:rsidR="00FF4FAB" w:rsidRPr="00C66C89">
              <w:rPr>
                <w:b/>
              </w:rPr>
              <w:t>принципи</w:t>
            </w:r>
            <w:proofErr w:type="spellEnd"/>
            <w:r w:rsidR="00FF4FAB" w:rsidRPr="006F3B4A">
              <w:rPr>
                <w:b/>
                <w:lang w:val="en-US"/>
              </w:rPr>
              <w:t xml:space="preserve"> </w:t>
            </w:r>
            <w:proofErr w:type="spellStart"/>
            <w:r w:rsidR="00FF4FAB" w:rsidRPr="00C66C89">
              <w:rPr>
                <w:b/>
              </w:rPr>
              <w:t>формування</w:t>
            </w:r>
            <w:proofErr w:type="spellEnd"/>
            <w:r w:rsidR="00FF4FAB" w:rsidRPr="006F3B4A">
              <w:rPr>
                <w:b/>
                <w:lang w:val="en-US"/>
              </w:rPr>
              <w:t xml:space="preserve"> </w:t>
            </w:r>
            <w:r w:rsidR="00FF4FAB" w:rsidRPr="00C66C89">
              <w:rPr>
                <w:b/>
              </w:rPr>
              <w:t>мети</w:t>
            </w:r>
            <w:r w:rsidR="00FF4FAB" w:rsidRPr="006F3B4A">
              <w:rPr>
                <w:b/>
                <w:lang w:val="en-US"/>
              </w:rPr>
              <w:t xml:space="preserve"> </w:t>
            </w:r>
            <w:proofErr w:type="spellStart"/>
            <w:r w:rsidR="00FF4FAB" w:rsidRPr="00C66C89">
              <w:rPr>
                <w:b/>
              </w:rPr>
              <w:t>науково</w:t>
            </w:r>
            <w:proofErr w:type="spellEnd"/>
            <w:r w:rsidR="00FF4FAB" w:rsidRPr="006F3B4A">
              <w:rPr>
                <w:b/>
                <w:lang w:val="en-US"/>
              </w:rPr>
              <w:t>-</w:t>
            </w:r>
            <w:proofErr w:type="spellStart"/>
            <w:r w:rsidR="00FF4FAB" w:rsidRPr="00C66C89">
              <w:rPr>
                <w:b/>
              </w:rPr>
              <w:t>дослідних</w:t>
            </w:r>
            <w:proofErr w:type="spellEnd"/>
            <w:r w:rsidR="00FF4FAB" w:rsidRPr="006F3B4A">
              <w:rPr>
                <w:b/>
                <w:lang w:val="en-US"/>
              </w:rPr>
              <w:t xml:space="preserve"> </w:t>
            </w:r>
            <w:proofErr w:type="spellStart"/>
            <w:r w:rsidR="00FF4FAB" w:rsidRPr="00C66C89">
              <w:rPr>
                <w:b/>
              </w:rPr>
              <w:t>робіт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FF4FAB">
            <w:pPr>
              <w:jc w:val="center"/>
              <w:rPr>
                <w:b/>
              </w:rPr>
            </w:pPr>
            <w:proofErr w:type="spellStart"/>
            <w:r w:rsidRPr="00C66C89">
              <w:rPr>
                <w:b/>
              </w:rPr>
              <w:t>стаття</w:t>
            </w:r>
            <w:proofErr w:type="spellEnd"/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FF4FAB">
            <w:pPr>
              <w:rPr>
                <w:b/>
              </w:rPr>
            </w:pPr>
            <w:proofErr w:type="spellStart"/>
            <w:r w:rsidRPr="00C66C89">
              <w:rPr>
                <w:b/>
              </w:rPr>
              <w:t>Ортопедія</w:t>
            </w:r>
            <w:proofErr w:type="spellEnd"/>
            <w:r w:rsidRPr="00C66C89">
              <w:rPr>
                <w:b/>
              </w:rPr>
              <w:t xml:space="preserve">, </w:t>
            </w:r>
            <w:proofErr w:type="spellStart"/>
            <w:r w:rsidRPr="00C66C89">
              <w:rPr>
                <w:b/>
              </w:rPr>
              <w:t>травматологія</w:t>
            </w:r>
            <w:proofErr w:type="spellEnd"/>
            <w:r w:rsidRPr="00C66C89">
              <w:rPr>
                <w:b/>
              </w:rPr>
              <w:t xml:space="preserve"> та </w:t>
            </w:r>
            <w:proofErr w:type="spellStart"/>
            <w:r w:rsidRPr="00C66C89">
              <w:rPr>
                <w:b/>
              </w:rPr>
              <w:t>протезування</w:t>
            </w:r>
            <w:proofErr w:type="spellEnd"/>
            <w:r w:rsidRPr="00C66C89">
              <w:rPr>
                <w:b/>
              </w:rPr>
              <w:t xml:space="preserve">. 2025. № 2 (643) – C.122-128 </w:t>
            </w:r>
          </w:p>
          <w:p w:rsidR="00FF4FAB" w:rsidRPr="00C66C89" w:rsidRDefault="00FF4FAB" w:rsidP="00FF4FAB">
            <w:pPr>
              <w:rPr>
                <w:b/>
                <w:lang w:val="en-US"/>
              </w:rPr>
            </w:pPr>
            <w:r w:rsidRPr="00C66C89">
              <w:rPr>
                <w:b/>
                <w:lang w:val="en-US"/>
              </w:rPr>
              <w:t xml:space="preserve">DOI: </w:t>
            </w:r>
            <w:hyperlink r:id="rId14" w:history="1">
              <w:r w:rsidRPr="00C66C89">
                <w:rPr>
                  <w:rStyle w:val="affa"/>
                  <w:b/>
                  <w:lang w:val="en-US"/>
                </w:rPr>
                <w:t>https://doi.org/10.15674/0030-598720262122-128</w:t>
              </w:r>
            </w:hyperlink>
          </w:p>
          <w:p w:rsidR="00FF4FAB" w:rsidRPr="00C66C89" w:rsidRDefault="00FF4FAB" w:rsidP="00FF4FAB">
            <w:pPr>
              <w:rPr>
                <w:b/>
                <w:lang w:val="en-US"/>
              </w:rPr>
            </w:pPr>
            <w:r w:rsidRPr="00C66C89">
              <w:rPr>
                <w:b/>
                <w:lang w:val="en-US"/>
              </w:rPr>
              <w:t>Scopus</w:t>
            </w:r>
          </w:p>
          <w:p w:rsidR="00AA1652" w:rsidRPr="00C66C89" w:rsidRDefault="00AA1652" w:rsidP="00AA1652">
            <w:pPr>
              <w:ind w:firstLine="52"/>
              <w:rPr>
                <w:b/>
                <w:lang w:val="en-US"/>
              </w:rPr>
            </w:pPr>
          </w:p>
          <w:p w:rsidR="00167317" w:rsidRPr="00C66C89" w:rsidRDefault="00AA1652" w:rsidP="00167317">
            <w:pPr>
              <w:rPr>
                <w:b/>
                <w:lang w:val="en-US"/>
              </w:rPr>
            </w:pPr>
            <w:r w:rsidRPr="00C66C89">
              <w:rPr>
                <w:b/>
                <w:lang w:val="en-US"/>
              </w:rPr>
              <w:t>I</w:t>
            </w:r>
            <w:r w:rsidR="00167317" w:rsidRPr="00C66C89">
              <w:rPr>
                <w:b/>
                <w:lang w:val="en-US"/>
              </w:rPr>
              <w:t>SSN00305987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FF4FAB">
            <w:pPr>
              <w:jc w:val="center"/>
              <w:rPr>
                <w:b/>
              </w:rPr>
            </w:pPr>
            <w:r w:rsidRPr="00C66C89">
              <w:rPr>
                <w:b/>
              </w:rPr>
              <w:t>7 / 4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167317">
            <w:pPr>
              <w:rPr>
                <w:b/>
                <w:lang w:val="en-US"/>
              </w:rPr>
            </w:pPr>
            <w:r w:rsidRPr="00C66C89">
              <w:rPr>
                <w:b/>
                <w:lang w:val="en-US"/>
              </w:rPr>
              <w:t>Korzh</w:t>
            </w:r>
            <w:r w:rsidRPr="00C66C89">
              <w:rPr>
                <w:b/>
                <w:lang w:val="uk-UA"/>
              </w:rPr>
              <w:t xml:space="preserve"> </w:t>
            </w:r>
            <w:r w:rsidRPr="00C66C89">
              <w:rPr>
                <w:b/>
                <w:lang w:val="en-US"/>
              </w:rPr>
              <w:t xml:space="preserve">M., Popsuishapka O., Leontyeva F., </w:t>
            </w:r>
            <w:r w:rsidR="00167317" w:rsidRPr="00C66C89">
              <w:rPr>
                <w:b/>
                <w:bCs/>
                <w:color w:val="000000"/>
                <w:lang w:val="en-US"/>
              </w:rPr>
              <w:t xml:space="preserve">et al., </w:t>
            </w:r>
            <w:r w:rsidR="00167317" w:rsidRPr="00C66C89">
              <w:rPr>
                <w:b/>
                <w:bCs/>
                <w:color w:val="000000"/>
                <w:lang w:val="uk-UA"/>
              </w:rPr>
              <w:t>4</w:t>
            </w:r>
            <w:r w:rsidR="00167317" w:rsidRPr="00C66C89">
              <w:rPr>
                <w:b/>
                <w:bCs/>
                <w:color w:val="000000"/>
                <w:lang w:val="en-US"/>
              </w:rPr>
              <w:t xml:space="preserve"> authors in all </w:t>
            </w:r>
          </w:p>
        </w:tc>
      </w:tr>
      <w:tr w:rsidR="00FF4FAB" w:rsidRPr="00416B81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D54747">
            <w:pPr>
              <w:pStyle w:val="ae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Fibrinolytic Dysregulation in Osteoarthritis: clinical associations with Plasminogen Activation Pathways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тези / матеріали конференції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081ECD" w:rsidRDefault="00FF4FAB" w:rsidP="00FF4FAB">
            <w:pPr>
              <w:rPr>
                <w:lang w:val="en-US"/>
              </w:rPr>
            </w:pPr>
            <w:r w:rsidRPr="00081ECD">
              <w:rPr>
                <w:lang w:val="en-US"/>
              </w:rPr>
              <w:t>Abstract book of ISTH congress 2026, Paris, July 11-15, 2026 – P.56-57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  <w:rPr>
                <w:lang w:val="uk-UA"/>
              </w:rPr>
            </w:pPr>
            <w:r w:rsidRPr="00D54747">
              <w:t>2 /</w:t>
            </w:r>
            <w:r w:rsidRPr="00D54747">
              <w:rPr>
                <w:lang w:val="uk-UA"/>
              </w:rPr>
              <w:t>1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FF4FAB">
            <w:pPr>
              <w:rPr>
                <w:lang w:val="uk-UA"/>
              </w:rPr>
            </w:pPr>
            <w:proofErr w:type="spellStart"/>
            <w:r w:rsidRPr="00167317">
              <w:rPr>
                <w:lang w:val="de-DE"/>
              </w:rPr>
              <w:t>Korzh</w:t>
            </w:r>
            <w:proofErr w:type="spellEnd"/>
            <w:r w:rsidRPr="00167317">
              <w:rPr>
                <w:lang w:val="uk-UA"/>
              </w:rPr>
              <w:t xml:space="preserve"> </w:t>
            </w:r>
            <w:r w:rsidRPr="00167317">
              <w:rPr>
                <w:lang w:val="de-DE"/>
              </w:rPr>
              <w:t>I</w:t>
            </w:r>
            <w:r w:rsidRPr="00167317">
              <w:rPr>
                <w:lang w:val="uk-UA"/>
              </w:rPr>
              <w:t xml:space="preserve">., </w:t>
            </w:r>
            <w:proofErr w:type="spellStart"/>
            <w:r w:rsidRPr="00167317">
              <w:rPr>
                <w:lang w:val="de-DE"/>
              </w:rPr>
              <w:t>Morozenko</w:t>
            </w:r>
            <w:proofErr w:type="spellEnd"/>
            <w:r w:rsidRPr="00167317">
              <w:rPr>
                <w:lang w:val="de-DE"/>
              </w:rPr>
              <w:t xml:space="preserve"> D.</w:t>
            </w:r>
            <w:r w:rsidRPr="00167317">
              <w:rPr>
                <w:lang w:val="uk-UA"/>
              </w:rPr>
              <w:t xml:space="preserve">, </w:t>
            </w:r>
            <w:proofErr w:type="spellStart"/>
            <w:r w:rsidRPr="00167317">
              <w:rPr>
                <w:lang w:val="de-DE"/>
              </w:rPr>
              <w:t>Leontieva</w:t>
            </w:r>
            <w:proofErr w:type="spellEnd"/>
            <w:r w:rsidRPr="00167317">
              <w:rPr>
                <w:lang w:val="de-DE"/>
              </w:rPr>
              <w:t xml:space="preserve"> F.</w:t>
            </w:r>
          </w:p>
        </w:tc>
      </w:tr>
      <w:tr w:rsidR="00FF4FAB" w:rsidRPr="000932CC" w:rsidTr="005D335B">
        <w:trPr>
          <w:cantSplit/>
          <w:jc w:val="center"/>
        </w:trPr>
        <w:tc>
          <w:tcPr>
            <w:tcW w:w="10268" w:type="dxa"/>
            <w:gridSpan w:val="8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D54747">
            <w:pPr>
              <w:jc w:val="center"/>
            </w:pPr>
            <w:r w:rsidRPr="00167317">
              <w:rPr>
                <w:b/>
              </w:rPr>
              <w:t>III. </w:t>
            </w:r>
            <w:r w:rsidRPr="00167317">
              <w:rPr>
                <w:b/>
                <w:lang w:val="uk-UA"/>
              </w:rPr>
              <w:t>Авторські свідоцтва, дипломи, патенти</w:t>
            </w:r>
          </w:p>
        </w:tc>
      </w:tr>
      <w:tr w:rsidR="00FF4FAB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C66C89" w:rsidRDefault="00FF4FAB" w:rsidP="00D54747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D54747">
            <w:proofErr w:type="spellStart"/>
            <w:r w:rsidRPr="00D54747">
              <w:t>Спосіб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хірургічного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лікування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спондилолізного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спондилолістезу</w:t>
            </w:r>
            <w:proofErr w:type="spellEnd"/>
            <w:r w:rsidRPr="00D54747">
              <w:t xml:space="preserve"> (</w:t>
            </w:r>
            <w:proofErr w:type="spellStart"/>
            <w:r w:rsidRPr="00D54747">
              <w:t>Патентовласник</w:t>
            </w:r>
            <w:proofErr w:type="spellEnd"/>
            <w:r w:rsidRPr="00D54747">
              <w:t xml:space="preserve"> ДУ «ІПХС </w:t>
            </w:r>
            <w:proofErr w:type="spellStart"/>
            <w:r w:rsidRPr="00D54747">
              <w:t>ім</w:t>
            </w:r>
            <w:proofErr w:type="spellEnd"/>
            <w:r w:rsidRPr="00D54747">
              <w:t xml:space="preserve">. М.І. </w:t>
            </w:r>
            <w:proofErr w:type="spellStart"/>
            <w:r w:rsidRPr="00D54747">
              <w:t>Ситенка</w:t>
            </w:r>
            <w:proofErr w:type="spellEnd"/>
            <w:r w:rsidRPr="00D54747">
              <w:t xml:space="preserve"> АМНУ»). 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патент / заявка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Default="00D54747" w:rsidP="00FF4FAB">
            <w:r w:rsidRPr="00D54747">
              <w:t xml:space="preserve">Пат. на </w:t>
            </w:r>
            <w:proofErr w:type="spellStart"/>
            <w:r w:rsidRPr="00D54747">
              <w:t>корисну</w:t>
            </w:r>
            <w:proofErr w:type="spellEnd"/>
            <w:r w:rsidRPr="00D54747">
              <w:t xml:space="preserve"> модель №94460, UA, МПК (2006.01) A61B17/56; A61B17/58 </w:t>
            </w:r>
          </w:p>
          <w:p w:rsidR="00FF4FAB" w:rsidRPr="00D54747" w:rsidRDefault="00D54747" w:rsidP="00FF4FAB">
            <w:r w:rsidRPr="00D54747">
              <w:t xml:space="preserve">Заявка № u201406636; </w:t>
            </w:r>
            <w:proofErr w:type="spellStart"/>
            <w:r w:rsidRPr="00D54747">
              <w:t>заявл</w:t>
            </w:r>
            <w:proofErr w:type="spellEnd"/>
            <w:r w:rsidRPr="00D54747">
              <w:t xml:space="preserve">. 13.06.2014; </w:t>
            </w:r>
            <w:proofErr w:type="spellStart"/>
            <w:r w:rsidRPr="00D54747">
              <w:t>опубл</w:t>
            </w:r>
            <w:proofErr w:type="spellEnd"/>
            <w:r w:rsidRPr="00D54747">
              <w:t xml:space="preserve">. 10.11.2014, </w:t>
            </w:r>
            <w:proofErr w:type="spellStart"/>
            <w:r w:rsidRPr="00D54747">
              <w:t>бюл</w:t>
            </w:r>
            <w:proofErr w:type="spellEnd"/>
            <w:r w:rsidRPr="00D54747">
              <w:t>. № 21/2014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D54747" w:rsidRDefault="00FF4FAB" w:rsidP="00FF4FAB">
            <w:pPr>
              <w:jc w:val="center"/>
            </w:pPr>
            <w:r w:rsidRPr="00D54747">
              <w:t>— / —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FF4FAB" w:rsidRPr="00167317" w:rsidRDefault="00FF4FAB" w:rsidP="00167317">
            <w:r w:rsidRPr="00167317">
              <w:t xml:space="preserve">Радченко В.О., Куценко В.О., </w:t>
            </w:r>
            <w:proofErr w:type="spellStart"/>
            <w:r w:rsidRPr="00167317">
              <w:t>Сіренко</w:t>
            </w:r>
            <w:proofErr w:type="spellEnd"/>
            <w:r w:rsidRPr="00167317">
              <w:t xml:space="preserve"> О.А., </w:t>
            </w:r>
            <w:r w:rsidR="00D54747" w:rsidRPr="00167317">
              <w:rPr>
                <w:color w:val="000000" w:themeColor="text1"/>
                <w:lang w:eastAsia="zh-CN" w:bidi="ar"/>
              </w:rPr>
              <w:t xml:space="preserve">та </w:t>
            </w:r>
            <w:proofErr w:type="spellStart"/>
            <w:r w:rsidR="00D54747" w:rsidRPr="00167317">
              <w:rPr>
                <w:color w:val="000000" w:themeColor="text1"/>
                <w:lang w:eastAsia="zh-CN" w:bidi="ar"/>
              </w:rPr>
              <w:t>інші</w:t>
            </w:r>
            <w:proofErr w:type="spellEnd"/>
            <w:r w:rsidR="00D54747" w:rsidRPr="00167317">
              <w:rPr>
                <w:color w:val="000000" w:themeColor="text1"/>
                <w:lang w:eastAsia="zh-CN" w:bidi="ar"/>
              </w:rPr>
              <w:t xml:space="preserve"> </w:t>
            </w:r>
            <w:proofErr w:type="spellStart"/>
            <w:r w:rsidR="00D54747" w:rsidRPr="00167317">
              <w:rPr>
                <w:color w:val="000000" w:themeColor="text1"/>
              </w:rPr>
              <w:t>всього</w:t>
            </w:r>
            <w:proofErr w:type="spellEnd"/>
            <w:r w:rsidR="00D54747" w:rsidRPr="00167317">
              <w:rPr>
                <w:color w:val="000000" w:themeColor="text1"/>
              </w:rPr>
              <w:t xml:space="preserve"> </w:t>
            </w:r>
            <w:r w:rsidR="00D54747" w:rsidRPr="00167317">
              <w:rPr>
                <w:color w:val="000000" w:themeColor="text1"/>
                <w:lang w:val="uk-UA"/>
              </w:rPr>
              <w:t>8</w:t>
            </w:r>
            <w:r w:rsidR="00D54747" w:rsidRPr="00167317">
              <w:rPr>
                <w:color w:val="000000" w:themeColor="text1"/>
              </w:rPr>
              <w:t xml:space="preserve"> </w:t>
            </w:r>
            <w:proofErr w:type="spellStart"/>
            <w:r w:rsidR="00D54747" w:rsidRPr="00167317">
              <w:rPr>
                <w:color w:val="000000" w:themeColor="text1"/>
              </w:rPr>
              <w:t>осіб</w:t>
            </w:r>
            <w:proofErr w:type="spellEnd"/>
            <w:r w:rsidR="00D54747" w:rsidRPr="00167317">
              <w:rPr>
                <w:color w:val="000000" w:themeColor="text1"/>
              </w:rPr>
              <w:t>.</w:t>
            </w:r>
          </w:p>
        </w:tc>
      </w:tr>
      <w:tr w:rsidR="00D54747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C66C89" w:rsidRDefault="00D54747" w:rsidP="00D54747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roofErr w:type="spellStart"/>
            <w:r w:rsidRPr="00D54747">
              <w:t>Динамічний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ендопротез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міжхребцевого</w:t>
            </w:r>
            <w:proofErr w:type="spellEnd"/>
            <w:r w:rsidRPr="00D54747">
              <w:t xml:space="preserve"> диска </w:t>
            </w:r>
            <w:proofErr w:type="spellStart"/>
            <w:r w:rsidRPr="00D54747">
              <w:t>шийного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відділу</w:t>
            </w:r>
            <w:proofErr w:type="spellEnd"/>
            <w:r w:rsidRPr="00D54747">
              <w:t xml:space="preserve"> хребта. (</w:t>
            </w:r>
            <w:proofErr w:type="spellStart"/>
            <w:r w:rsidRPr="00D54747">
              <w:t>Патентовласник</w:t>
            </w:r>
            <w:proofErr w:type="spellEnd"/>
            <w:r w:rsidRPr="00D54747">
              <w:t xml:space="preserve"> ДУ «ІПХС </w:t>
            </w:r>
            <w:proofErr w:type="spellStart"/>
            <w:r w:rsidRPr="00D54747">
              <w:t>ім</w:t>
            </w:r>
            <w:proofErr w:type="spellEnd"/>
            <w:r w:rsidRPr="00D54747">
              <w:t xml:space="preserve">. М.І. </w:t>
            </w:r>
            <w:proofErr w:type="spellStart"/>
            <w:r w:rsidRPr="00D54747">
              <w:t>Ситенка</w:t>
            </w:r>
            <w:proofErr w:type="spellEnd"/>
            <w:r w:rsidRPr="00D54747">
              <w:t xml:space="preserve"> АМНУ»). 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патент / заявка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Default="00D54747" w:rsidP="00D54747">
            <w:r w:rsidRPr="00D54747">
              <w:t xml:space="preserve">Пат. на </w:t>
            </w:r>
            <w:proofErr w:type="spellStart"/>
            <w:r w:rsidRPr="00D54747">
              <w:t>корисну</w:t>
            </w:r>
            <w:proofErr w:type="spellEnd"/>
            <w:r w:rsidRPr="00D54747">
              <w:t xml:space="preserve"> модель №154200, UA, МПК (2006.01) A61B 17/56, A61F 2/44. </w:t>
            </w:r>
          </w:p>
          <w:p w:rsidR="00D54747" w:rsidRPr="00D54747" w:rsidRDefault="00D54747" w:rsidP="00D54747">
            <w:r w:rsidRPr="00D54747">
              <w:t xml:space="preserve">заявка u202302301; </w:t>
            </w:r>
            <w:proofErr w:type="spellStart"/>
            <w:r w:rsidRPr="00D54747">
              <w:t>заявл</w:t>
            </w:r>
            <w:proofErr w:type="spellEnd"/>
            <w:r w:rsidRPr="00D54747">
              <w:t xml:space="preserve">. 15.05.2023; </w:t>
            </w:r>
            <w:proofErr w:type="spellStart"/>
            <w:r w:rsidRPr="00D54747">
              <w:t>опубл</w:t>
            </w:r>
            <w:proofErr w:type="spellEnd"/>
            <w:r w:rsidRPr="00D54747">
              <w:t xml:space="preserve">. 18.10.2023 </w:t>
            </w:r>
            <w:proofErr w:type="spellStart"/>
            <w:r w:rsidRPr="00D54747">
              <w:t>бюл</w:t>
            </w:r>
            <w:proofErr w:type="spellEnd"/>
            <w:r w:rsidRPr="00D54747">
              <w:t>. №42/2023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— / —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167317" w:rsidRDefault="00D54747" w:rsidP="00167317">
            <w:r w:rsidRPr="00167317">
              <w:t xml:space="preserve">Корж М.О., Радченко В.О., </w:t>
            </w:r>
            <w:proofErr w:type="spellStart"/>
            <w:r w:rsidRPr="00167317">
              <w:t>Сіренко</w:t>
            </w:r>
            <w:proofErr w:type="spellEnd"/>
            <w:r w:rsidRPr="00167317">
              <w:t xml:space="preserve"> О.А., </w:t>
            </w:r>
            <w:r w:rsidR="00167317" w:rsidRPr="00167317">
              <w:rPr>
                <w:color w:val="000000" w:themeColor="text1"/>
                <w:lang w:eastAsia="zh-CN" w:bidi="ar"/>
              </w:rPr>
              <w:t xml:space="preserve">та </w:t>
            </w:r>
            <w:proofErr w:type="spellStart"/>
            <w:r w:rsidR="00167317" w:rsidRPr="00167317">
              <w:rPr>
                <w:color w:val="000000" w:themeColor="text1"/>
                <w:lang w:eastAsia="zh-CN" w:bidi="ar"/>
              </w:rPr>
              <w:t>інші</w:t>
            </w:r>
            <w:proofErr w:type="spellEnd"/>
            <w:r w:rsidR="00167317" w:rsidRPr="00167317">
              <w:rPr>
                <w:color w:val="000000" w:themeColor="text1"/>
                <w:lang w:eastAsia="zh-CN" w:bidi="ar"/>
              </w:rPr>
              <w:t xml:space="preserve"> </w:t>
            </w:r>
            <w:proofErr w:type="spellStart"/>
            <w:r w:rsidR="00167317" w:rsidRPr="00167317">
              <w:rPr>
                <w:color w:val="000000" w:themeColor="text1"/>
              </w:rPr>
              <w:t>всього</w:t>
            </w:r>
            <w:proofErr w:type="spellEnd"/>
            <w:r w:rsidR="00167317" w:rsidRPr="00167317">
              <w:rPr>
                <w:color w:val="000000" w:themeColor="text1"/>
              </w:rPr>
              <w:t xml:space="preserve"> </w:t>
            </w:r>
            <w:r w:rsidR="00167317" w:rsidRPr="00167317">
              <w:rPr>
                <w:color w:val="000000" w:themeColor="text1"/>
                <w:lang w:val="uk-UA"/>
              </w:rPr>
              <w:t xml:space="preserve">11 </w:t>
            </w:r>
            <w:proofErr w:type="spellStart"/>
            <w:r w:rsidR="00167317" w:rsidRPr="00167317">
              <w:rPr>
                <w:color w:val="000000" w:themeColor="text1"/>
              </w:rPr>
              <w:t>осіб</w:t>
            </w:r>
            <w:proofErr w:type="spellEnd"/>
            <w:r w:rsidR="00167317" w:rsidRPr="00167317">
              <w:rPr>
                <w:color w:val="000000" w:themeColor="text1"/>
              </w:rPr>
              <w:t>.</w:t>
            </w:r>
          </w:p>
        </w:tc>
      </w:tr>
      <w:tr w:rsidR="00D54747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C66C89" w:rsidRDefault="00D54747" w:rsidP="00D54747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r w:rsidRPr="00D54747">
              <w:t xml:space="preserve">Комплект </w:t>
            </w:r>
            <w:proofErr w:type="spellStart"/>
            <w:r w:rsidRPr="00D54747">
              <w:t>інструментів</w:t>
            </w:r>
            <w:proofErr w:type="spellEnd"/>
            <w:r w:rsidRPr="00D54747">
              <w:t xml:space="preserve"> для </w:t>
            </w:r>
            <w:proofErr w:type="spellStart"/>
            <w:r w:rsidRPr="00D54747">
              <w:t>формування</w:t>
            </w:r>
            <w:proofErr w:type="spellEnd"/>
            <w:r w:rsidRPr="00D54747">
              <w:t xml:space="preserve"> ложа </w:t>
            </w:r>
            <w:proofErr w:type="spellStart"/>
            <w:r w:rsidRPr="00D54747">
              <w:t>під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ендопротез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міжхребцевого</w:t>
            </w:r>
            <w:proofErr w:type="spellEnd"/>
            <w:r w:rsidRPr="00D54747">
              <w:t xml:space="preserve"> диска в </w:t>
            </w:r>
            <w:proofErr w:type="spellStart"/>
            <w:r w:rsidRPr="00D54747">
              <w:t>міжтіловому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проміжку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шийного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відділу</w:t>
            </w:r>
            <w:proofErr w:type="spellEnd"/>
            <w:r w:rsidRPr="00D54747">
              <w:t xml:space="preserve"> хребта (</w:t>
            </w:r>
            <w:proofErr w:type="spellStart"/>
            <w:r w:rsidRPr="00D54747">
              <w:t>Патентовласник</w:t>
            </w:r>
            <w:proofErr w:type="spellEnd"/>
            <w:r w:rsidRPr="00D54747">
              <w:t xml:space="preserve"> ДУ «ІПХС </w:t>
            </w:r>
            <w:proofErr w:type="spellStart"/>
            <w:r w:rsidRPr="00D54747">
              <w:t>ім</w:t>
            </w:r>
            <w:proofErr w:type="spellEnd"/>
            <w:r w:rsidRPr="00D54747">
              <w:t xml:space="preserve">. М.І. </w:t>
            </w:r>
            <w:proofErr w:type="spellStart"/>
            <w:r w:rsidRPr="00D54747">
              <w:t>Ситенка</w:t>
            </w:r>
            <w:proofErr w:type="spellEnd"/>
            <w:r w:rsidRPr="00D54747">
              <w:t xml:space="preserve"> АМНУ»). 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патент / заявка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Default="00D54747" w:rsidP="00D54747">
            <w:r w:rsidRPr="00D54747">
              <w:t xml:space="preserve">Пат. на </w:t>
            </w:r>
            <w:proofErr w:type="spellStart"/>
            <w:r w:rsidRPr="00D54747">
              <w:t>корисну</w:t>
            </w:r>
            <w:proofErr w:type="spellEnd"/>
            <w:r w:rsidRPr="00D54747">
              <w:t xml:space="preserve"> модель №152960, UA, МПК (2006.01) A61B 17/00, A61B 17/70; A61B 17/122; A61B 17/3211. </w:t>
            </w:r>
          </w:p>
          <w:p w:rsidR="00D54747" w:rsidRPr="00D54747" w:rsidRDefault="00D54747" w:rsidP="00D54747">
            <w:r w:rsidRPr="000932CC">
              <w:t xml:space="preserve">Заявка </w:t>
            </w:r>
            <w:r w:rsidRPr="00D54747">
              <w:t>u</w:t>
            </w:r>
            <w:r w:rsidRPr="000932CC">
              <w:t xml:space="preserve">202203775; </w:t>
            </w:r>
            <w:proofErr w:type="spellStart"/>
            <w:r w:rsidRPr="000932CC">
              <w:t>заявл</w:t>
            </w:r>
            <w:proofErr w:type="spellEnd"/>
            <w:r w:rsidRPr="000932CC">
              <w:t xml:space="preserve">. 11.10.2022; </w:t>
            </w:r>
            <w:proofErr w:type="spellStart"/>
            <w:r w:rsidRPr="000932CC">
              <w:t>опубл</w:t>
            </w:r>
            <w:proofErr w:type="spellEnd"/>
            <w:r w:rsidRPr="000932CC">
              <w:t xml:space="preserve">. 03.05.2023, </w:t>
            </w:r>
            <w:proofErr w:type="spellStart"/>
            <w:r w:rsidRPr="000932CC">
              <w:t>бюл</w:t>
            </w:r>
            <w:proofErr w:type="spellEnd"/>
            <w:r w:rsidRPr="000932CC">
              <w:t>. № 18/2023.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— / —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167317" w:rsidRDefault="00D54747" w:rsidP="00167317">
            <w:r w:rsidRPr="00167317">
              <w:t xml:space="preserve">Радченко В.О.; Корж М.О.; </w:t>
            </w:r>
            <w:proofErr w:type="spellStart"/>
            <w:r w:rsidRPr="00167317">
              <w:t>Сіренко</w:t>
            </w:r>
            <w:proofErr w:type="spellEnd"/>
            <w:r w:rsidRPr="00167317">
              <w:t xml:space="preserve"> О.А.; </w:t>
            </w:r>
            <w:r w:rsidR="00167317" w:rsidRPr="00167317">
              <w:rPr>
                <w:color w:val="000000" w:themeColor="text1"/>
                <w:lang w:eastAsia="zh-CN" w:bidi="ar"/>
              </w:rPr>
              <w:t xml:space="preserve">та </w:t>
            </w:r>
            <w:proofErr w:type="spellStart"/>
            <w:r w:rsidR="00167317" w:rsidRPr="00167317">
              <w:rPr>
                <w:color w:val="000000" w:themeColor="text1"/>
                <w:lang w:eastAsia="zh-CN" w:bidi="ar"/>
              </w:rPr>
              <w:t>інші</w:t>
            </w:r>
            <w:proofErr w:type="spellEnd"/>
            <w:r w:rsidR="00167317" w:rsidRPr="00167317">
              <w:rPr>
                <w:color w:val="000000" w:themeColor="text1"/>
                <w:lang w:eastAsia="zh-CN" w:bidi="ar"/>
              </w:rPr>
              <w:t xml:space="preserve"> </w:t>
            </w:r>
            <w:proofErr w:type="spellStart"/>
            <w:r w:rsidR="00167317" w:rsidRPr="00167317">
              <w:rPr>
                <w:color w:val="000000" w:themeColor="text1"/>
              </w:rPr>
              <w:t>всього</w:t>
            </w:r>
            <w:proofErr w:type="spellEnd"/>
            <w:r w:rsidR="00167317" w:rsidRPr="00167317">
              <w:rPr>
                <w:color w:val="000000" w:themeColor="text1"/>
              </w:rPr>
              <w:t xml:space="preserve"> </w:t>
            </w:r>
            <w:r w:rsidR="00167317" w:rsidRPr="00167317">
              <w:rPr>
                <w:color w:val="000000" w:themeColor="text1"/>
                <w:lang w:val="uk-UA"/>
              </w:rPr>
              <w:t xml:space="preserve">11 </w:t>
            </w:r>
            <w:proofErr w:type="spellStart"/>
            <w:r w:rsidR="00167317" w:rsidRPr="00167317">
              <w:rPr>
                <w:color w:val="000000" w:themeColor="text1"/>
              </w:rPr>
              <w:t>осіб</w:t>
            </w:r>
            <w:proofErr w:type="spellEnd"/>
            <w:r w:rsidR="00167317" w:rsidRPr="00167317">
              <w:rPr>
                <w:color w:val="000000" w:themeColor="text1"/>
              </w:rPr>
              <w:t>.</w:t>
            </w:r>
          </w:p>
        </w:tc>
      </w:tr>
      <w:tr w:rsidR="00D54747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C66C89" w:rsidRDefault="00D54747" w:rsidP="00D54747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AA1652" w:rsidRDefault="00D54747" w:rsidP="00D54747">
            <w:pPr>
              <w:rPr>
                <w:sz w:val="22"/>
              </w:rPr>
            </w:pPr>
            <w:proofErr w:type="spellStart"/>
            <w:r w:rsidRPr="00AA1652">
              <w:rPr>
                <w:sz w:val="22"/>
              </w:rPr>
              <w:t>Імплантат</w:t>
            </w:r>
            <w:proofErr w:type="spellEnd"/>
            <w:r w:rsidRPr="00AA1652">
              <w:rPr>
                <w:sz w:val="22"/>
              </w:rPr>
              <w:t xml:space="preserve"> для </w:t>
            </w:r>
            <w:proofErr w:type="spellStart"/>
            <w:r w:rsidRPr="00AA1652">
              <w:rPr>
                <w:sz w:val="22"/>
              </w:rPr>
              <w:t>хірургічного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лікування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спондилолізного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спондилолістезу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із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переднього</w:t>
            </w:r>
            <w:proofErr w:type="spellEnd"/>
            <w:r w:rsidRPr="00AA1652">
              <w:rPr>
                <w:sz w:val="22"/>
              </w:rPr>
              <w:t xml:space="preserve"> доступу [UA] (</w:t>
            </w:r>
            <w:proofErr w:type="spellStart"/>
            <w:r w:rsidRPr="00AA1652">
              <w:rPr>
                <w:sz w:val="22"/>
              </w:rPr>
              <w:t>Патентовласник</w:t>
            </w:r>
            <w:proofErr w:type="spellEnd"/>
            <w:r w:rsidRPr="00AA1652">
              <w:rPr>
                <w:sz w:val="22"/>
              </w:rPr>
              <w:t xml:space="preserve"> ДУ «ІПХС </w:t>
            </w:r>
            <w:proofErr w:type="spellStart"/>
            <w:r w:rsidRPr="00AA1652">
              <w:rPr>
                <w:sz w:val="22"/>
              </w:rPr>
              <w:t>ім</w:t>
            </w:r>
            <w:proofErr w:type="spellEnd"/>
            <w:r w:rsidRPr="00AA1652">
              <w:rPr>
                <w:sz w:val="22"/>
              </w:rPr>
              <w:t xml:space="preserve">. М.І. </w:t>
            </w:r>
            <w:proofErr w:type="spellStart"/>
            <w:r w:rsidRPr="00AA1652">
              <w:rPr>
                <w:sz w:val="22"/>
              </w:rPr>
              <w:t>Ситенка</w:t>
            </w:r>
            <w:proofErr w:type="spellEnd"/>
            <w:r w:rsidRPr="00AA1652">
              <w:rPr>
                <w:sz w:val="22"/>
              </w:rPr>
              <w:t xml:space="preserve"> АМНУ»). 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патент / заявка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Default="00D54747" w:rsidP="00D54747">
            <w:r w:rsidRPr="00D54747">
              <w:t xml:space="preserve">Пат. на </w:t>
            </w:r>
            <w:proofErr w:type="spellStart"/>
            <w:r w:rsidRPr="00D54747">
              <w:t>корисну</w:t>
            </w:r>
            <w:proofErr w:type="spellEnd"/>
            <w:r w:rsidRPr="00D54747">
              <w:t xml:space="preserve"> модель №95149, UA, МПК (2006.01) A61B17/56; A61B17/58</w:t>
            </w:r>
          </w:p>
          <w:p w:rsidR="00D54747" w:rsidRPr="00D54747" w:rsidRDefault="00D54747" w:rsidP="00D54747">
            <w:r w:rsidRPr="00D54747">
              <w:t xml:space="preserve"> Заявка № u201407412; </w:t>
            </w:r>
            <w:proofErr w:type="spellStart"/>
            <w:r w:rsidRPr="00D54747">
              <w:t>заявл</w:t>
            </w:r>
            <w:proofErr w:type="spellEnd"/>
            <w:r w:rsidRPr="00D54747">
              <w:t xml:space="preserve">. </w:t>
            </w:r>
            <w:r w:rsidRPr="000932CC">
              <w:t xml:space="preserve">02.07.2014; </w:t>
            </w:r>
            <w:proofErr w:type="spellStart"/>
            <w:r w:rsidRPr="000932CC">
              <w:t>опубл</w:t>
            </w:r>
            <w:proofErr w:type="spellEnd"/>
            <w:r w:rsidRPr="000932CC">
              <w:t xml:space="preserve">. 10.12.2014, </w:t>
            </w:r>
            <w:proofErr w:type="spellStart"/>
            <w:r w:rsidRPr="000932CC">
              <w:t>бюл</w:t>
            </w:r>
            <w:proofErr w:type="spellEnd"/>
            <w:r w:rsidRPr="000932CC">
              <w:t>. № 23/2014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— / —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167317" w:rsidRDefault="00D54747" w:rsidP="00167317">
            <w:r w:rsidRPr="00167317">
              <w:t xml:space="preserve">Радченко В.О., Куценко В.О., </w:t>
            </w:r>
            <w:proofErr w:type="spellStart"/>
            <w:r w:rsidRPr="00167317">
              <w:t>Сіренко</w:t>
            </w:r>
            <w:proofErr w:type="spellEnd"/>
            <w:r w:rsidRPr="00167317">
              <w:t xml:space="preserve"> О.А., </w:t>
            </w:r>
            <w:r w:rsidR="00167317" w:rsidRPr="00167317">
              <w:rPr>
                <w:color w:val="000000" w:themeColor="text1"/>
                <w:lang w:eastAsia="zh-CN" w:bidi="ar"/>
              </w:rPr>
              <w:t xml:space="preserve">та </w:t>
            </w:r>
            <w:proofErr w:type="spellStart"/>
            <w:r w:rsidR="00167317" w:rsidRPr="00167317">
              <w:rPr>
                <w:color w:val="000000" w:themeColor="text1"/>
                <w:lang w:eastAsia="zh-CN" w:bidi="ar"/>
              </w:rPr>
              <w:t>інші</w:t>
            </w:r>
            <w:proofErr w:type="spellEnd"/>
            <w:r w:rsidR="00167317" w:rsidRPr="00167317">
              <w:rPr>
                <w:color w:val="000000" w:themeColor="text1"/>
                <w:lang w:eastAsia="zh-CN" w:bidi="ar"/>
              </w:rPr>
              <w:t xml:space="preserve"> </w:t>
            </w:r>
            <w:proofErr w:type="spellStart"/>
            <w:r w:rsidR="00167317" w:rsidRPr="00167317">
              <w:rPr>
                <w:color w:val="000000" w:themeColor="text1"/>
              </w:rPr>
              <w:t>всього</w:t>
            </w:r>
            <w:proofErr w:type="spellEnd"/>
            <w:r w:rsidR="00167317" w:rsidRPr="00167317">
              <w:rPr>
                <w:color w:val="000000" w:themeColor="text1"/>
              </w:rPr>
              <w:t xml:space="preserve"> </w:t>
            </w:r>
            <w:r w:rsidR="00167317" w:rsidRPr="00167317">
              <w:rPr>
                <w:color w:val="000000" w:themeColor="text1"/>
                <w:lang w:val="uk-UA"/>
              </w:rPr>
              <w:t>8</w:t>
            </w:r>
            <w:r w:rsidR="00167317" w:rsidRPr="00167317">
              <w:rPr>
                <w:color w:val="000000" w:themeColor="text1"/>
              </w:rPr>
              <w:t xml:space="preserve"> </w:t>
            </w:r>
            <w:proofErr w:type="spellStart"/>
            <w:r w:rsidR="00167317" w:rsidRPr="00167317">
              <w:rPr>
                <w:color w:val="000000" w:themeColor="text1"/>
              </w:rPr>
              <w:t>осіб</w:t>
            </w:r>
            <w:proofErr w:type="spellEnd"/>
            <w:r w:rsidR="00167317" w:rsidRPr="00167317">
              <w:rPr>
                <w:color w:val="000000" w:themeColor="text1"/>
              </w:rPr>
              <w:t>.</w:t>
            </w:r>
          </w:p>
        </w:tc>
      </w:tr>
      <w:tr w:rsidR="00D54747" w:rsidRPr="00FF4FAB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C66C89" w:rsidRDefault="00D54747" w:rsidP="00D54747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AA1652" w:rsidRDefault="00D54747" w:rsidP="00D54747">
            <w:pPr>
              <w:rPr>
                <w:sz w:val="22"/>
              </w:rPr>
            </w:pPr>
            <w:proofErr w:type="spellStart"/>
            <w:r w:rsidRPr="000932CC">
              <w:rPr>
                <w:sz w:val="22"/>
              </w:rPr>
              <w:t>Пристрій</w:t>
            </w:r>
            <w:proofErr w:type="spellEnd"/>
            <w:r w:rsidRPr="000932CC">
              <w:rPr>
                <w:sz w:val="22"/>
              </w:rPr>
              <w:t xml:space="preserve"> для </w:t>
            </w:r>
            <w:proofErr w:type="spellStart"/>
            <w:r w:rsidRPr="000932CC">
              <w:rPr>
                <w:sz w:val="22"/>
              </w:rPr>
              <w:t>хірургічного</w:t>
            </w:r>
            <w:proofErr w:type="spellEnd"/>
            <w:r w:rsidRPr="000932CC">
              <w:rPr>
                <w:sz w:val="22"/>
              </w:rPr>
              <w:t xml:space="preserve"> </w:t>
            </w:r>
            <w:proofErr w:type="spellStart"/>
            <w:r w:rsidRPr="000932CC">
              <w:rPr>
                <w:sz w:val="22"/>
              </w:rPr>
              <w:t>лікування</w:t>
            </w:r>
            <w:proofErr w:type="spellEnd"/>
            <w:r w:rsidRPr="000932CC">
              <w:rPr>
                <w:sz w:val="22"/>
              </w:rPr>
              <w:t xml:space="preserve"> </w:t>
            </w:r>
            <w:proofErr w:type="spellStart"/>
            <w:r w:rsidRPr="000932CC">
              <w:rPr>
                <w:sz w:val="22"/>
              </w:rPr>
              <w:t>спондилолізного</w:t>
            </w:r>
            <w:proofErr w:type="spellEnd"/>
            <w:r w:rsidRPr="000932CC">
              <w:rPr>
                <w:sz w:val="22"/>
              </w:rPr>
              <w:t xml:space="preserve"> </w:t>
            </w:r>
            <w:proofErr w:type="spellStart"/>
            <w:r w:rsidRPr="000932CC">
              <w:rPr>
                <w:sz w:val="22"/>
              </w:rPr>
              <w:t>спондилолістезу</w:t>
            </w:r>
            <w:proofErr w:type="spellEnd"/>
            <w:r w:rsidRPr="000932CC">
              <w:rPr>
                <w:sz w:val="22"/>
              </w:rPr>
              <w:t xml:space="preserve"> </w:t>
            </w:r>
            <w:proofErr w:type="spellStart"/>
            <w:r w:rsidRPr="000932CC">
              <w:rPr>
                <w:sz w:val="22"/>
              </w:rPr>
              <w:t>із</w:t>
            </w:r>
            <w:proofErr w:type="spellEnd"/>
            <w:r w:rsidRPr="000932CC">
              <w:rPr>
                <w:sz w:val="22"/>
              </w:rPr>
              <w:t xml:space="preserve"> </w:t>
            </w:r>
            <w:proofErr w:type="spellStart"/>
            <w:r w:rsidRPr="000932CC">
              <w:rPr>
                <w:sz w:val="22"/>
              </w:rPr>
              <w:t>переднього</w:t>
            </w:r>
            <w:proofErr w:type="spellEnd"/>
            <w:r w:rsidRPr="000932CC">
              <w:rPr>
                <w:sz w:val="22"/>
              </w:rPr>
              <w:t xml:space="preserve"> доступу (</w:t>
            </w:r>
            <w:proofErr w:type="spellStart"/>
            <w:r w:rsidRPr="000932CC">
              <w:rPr>
                <w:sz w:val="22"/>
              </w:rPr>
              <w:t>Патентовласник</w:t>
            </w:r>
            <w:proofErr w:type="spellEnd"/>
            <w:r w:rsidRPr="000932CC">
              <w:rPr>
                <w:sz w:val="22"/>
              </w:rPr>
              <w:t xml:space="preserve"> ДУ «ІПХС </w:t>
            </w:r>
            <w:proofErr w:type="spellStart"/>
            <w:r w:rsidRPr="000932CC">
              <w:rPr>
                <w:sz w:val="22"/>
              </w:rPr>
              <w:t>ім</w:t>
            </w:r>
            <w:proofErr w:type="spellEnd"/>
            <w:r w:rsidRPr="000932CC">
              <w:rPr>
                <w:sz w:val="22"/>
              </w:rPr>
              <w:t xml:space="preserve">. </w:t>
            </w:r>
            <w:r w:rsidRPr="00AA1652">
              <w:rPr>
                <w:sz w:val="22"/>
              </w:rPr>
              <w:t xml:space="preserve">М.І. </w:t>
            </w:r>
            <w:proofErr w:type="spellStart"/>
            <w:r w:rsidRPr="00AA1652">
              <w:rPr>
                <w:sz w:val="22"/>
              </w:rPr>
              <w:t>Ситенка</w:t>
            </w:r>
            <w:proofErr w:type="spellEnd"/>
            <w:r w:rsidRPr="00AA1652">
              <w:rPr>
                <w:sz w:val="22"/>
              </w:rPr>
              <w:t xml:space="preserve"> АМНУ»). 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патент / заявка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Default="00D54747" w:rsidP="00D54747">
            <w:r w:rsidRPr="00D54747">
              <w:t xml:space="preserve">Пат. на </w:t>
            </w:r>
            <w:proofErr w:type="spellStart"/>
            <w:r w:rsidRPr="00D54747">
              <w:t>корисну</w:t>
            </w:r>
            <w:proofErr w:type="spellEnd"/>
            <w:r w:rsidRPr="00D54747">
              <w:t xml:space="preserve"> модель №96428, UA, МПК (2006.01) A61B17/00 </w:t>
            </w:r>
          </w:p>
          <w:p w:rsidR="00D54747" w:rsidRPr="00D54747" w:rsidRDefault="00D54747" w:rsidP="00D54747">
            <w:r w:rsidRPr="00D54747">
              <w:t xml:space="preserve">Заявка №u201408082; </w:t>
            </w:r>
            <w:proofErr w:type="spellStart"/>
            <w:r w:rsidRPr="00D54747">
              <w:t>заявл</w:t>
            </w:r>
            <w:proofErr w:type="spellEnd"/>
            <w:r w:rsidRPr="00D54747">
              <w:t xml:space="preserve">. </w:t>
            </w:r>
            <w:r w:rsidRPr="000932CC">
              <w:t xml:space="preserve">17.07.2014; </w:t>
            </w:r>
            <w:proofErr w:type="spellStart"/>
            <w:r w:rsidRPr="000932CC">
              <w:t>опубл</w:t>
            </w:r>
            <w:proofErr w:type="spellEnd"/>
            <w:r w:rsidRPr="000932CC">
              <w:t xml:space="preserve">. 10.02.2015, </w:t>
            </w:r>
            <w:proofErr w:type="spellStart"/>
            <w:r w:rsidRPr="000932CC">
              <w:t>бюл</w:t>
            </w:r>
            <w:proofErr w:type="spellEnd"/>
            <w:r w:rsidRPr="000932CC">
              <w:t>. № 3/2015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— / —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167317" w:rsidRDefault="00D54747" w:rsidP="00167317">
            <w:r w:rsidRPr="00167317">
              <w:t xml:space="preserve">Радченко В.О., Куценко В.О., </w:t>
            </w:r>
            <w:proofErr w:type="spellStart"/>
            <w:r w:rsidRPr="00167317">
              <w:t>Сіренко</w:t>
            </w:r>
            <w:proofErr w:type="spellEnd"/>
            <w:r w:rsidRPr="00167317">
              <w:t xml:space="preserve"> О.А., </w:t>
            </w:r>
            <w:r w:rsidR="00167317" w:rsidRPr="00167317">
              <w:rPr>
                <w:color w:val="000000" w:themeColor="text1"/>
                <w:lang w:eastAsia="zh-CN" w:bidi="ar"/>
              </w:rPr>
              <w:t xml:space="preserve">та </w:t>
            </w:r>
            <w:proofErr w:type="spellStart"/>
            <w:r w:rsidR="00167317" w:rsidRPr="00167317">
              <w:rPr>
                <w:color w:val="000000" w:themeColor="text1"/>
                <w:lang w:eastAsia="zh-CN" w:bidi="ar"/>
              </w:rPr>
              <w:t>інші</w:t>
            </w:r>
            <w:proofErr w:type="spellEnd"/>
            <w:r w:rsidR="00167317" w:rsidRPr="00167317">
              <w:rPr>
                <w:color w:val="000000" w:themeColor="text1"/>
                <w:lang w:eastAsia="zh-CN" w:bidi="ar"/>
              </w:rPr>
              <w:t xml:space="preserve"> </w:t>
            </w:r>
            <w:proofErr w:type="spellStart"/>
            <w:r w:rsidR="00167317" w:rsidRPr="00167317">
              <w:rPr>
                <w:color w:val="000000" w:themeColor="text1"/>
              </w:rPr>
              <w:t>всього</w:t>
            </w:r>
            <w:proofErr w:type="spellEnd"/>
            <w:r w:rsidR="00167317" w:rsidRPr="00167317">
              <w:rPr>
                <w:color w:val="000000" w:themeColor="text1"/>
              </w:rPr>
              <w:t xml:space="preserve"> </w:t>
            </w:r>
            <w:r w:rsidR="00167317" w:rsidRPr="00167317">
              <w:rPr>
                <w:color w:val="000000" w:themeColor="text1"/>
                <w:lang w:val="uk-UA"/>
              </w:rPr>
              <w:t>8</w:t>
            </w:r>
            <w:r w:rsidR="00167317" w:rsidRPr="00167317">
              <w:rPr>
                <w:color w:val="000000" w:themeColor="text1"/>
              </w:rPr>
              <w:t xml:space="preserve"> </w:t>
            </w:r>
            <w:proofErr w:type="spellStart"/>
            <w:r w:rsidR="00167317" w:rsidRPr="00167317">
              <w:rPr>
                <w:color w:val="000000" w:themeColor="text1"/>
              </w:rPr>
              <w:t>осіб</w:t>
            </w:r>
            <w:proofErr w:type="spellEnd"/>
            <w:r w:rsidR="00167317" w:rsidRPr="00167317">
              <w:rPr>
                <w:color w:val="000000" w:themeColor="text1"/>
              </w:rPr>
              <w:t>.</w:t>
            </w:r>
          </w:p>
        </w:tc>
      </w:tr>
      <w:tr w:rsidR="00D54747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C66C89" w:rsidRDefault="00D54747" w:rsidP="00D54747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45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AA1652" w:rsidRDefault="00D54747" w:rsidP="00D54747">
            <w:pPr>
              <w:rPr>
                <w:sz w:val="22"/>
              </w:rPr>
            </w:pPr>
            <w:proofErr w:type="spellStart"/>
            <w:r w:rsidRPr="00AA1652">
              <w:rPr>
                <w:sz w:val="22"/>
              </w:rPr>
              <w:t>Інструмент</w:t>
            </w:r>
            <w:proofErr w:type="spellEnd"/>
            <w:r w:rsidRPr="00AA1652">
              <w:rPr>
                <w:sz w:val="22"/>
              </w:rPr>
              <w:t xml:space="preserve"> для </w:t>
            </w:r>
            <w:proofErr w:type="spellStart"/>
            <w:r w:rsidRPr="00AA1652">
              <w:rPr>
                <w:sz w:val="22"/>
              </w:rPr>
              <w:t>імплантаціі</w:t>
            </w:r>
            <w:proofErr w:type="spellEnd"/>
            <w:r w:rsidRPr="00AA1652">
              <w:rPr>
                <w:sz w:val="22"/>
              </w:rPr>
              <w:t xml:space="preserve">̈ </w:t>
            </w:r>
            <w:proofErr w:type="spellStart"/>
            <w:r w:rsidRPr="00AA1652">
              <w:rPr>
                <w:sz w:val="22"/>
              </w:rPr>
              <w:t>ендопротеза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міжхребцевого</w:t>
            </w:r>
            <w:proofErr w:type="spellEnd"/>
            <w:r w:rsidRPr="00AA1652">
              <w:rPr>
                <w:sz w:val="22"/>
              </w:rPr>
              <w:t xml:space="preserve"> диска </w:t>
            </w:r>
            <w:proofErr w:type="spellStart"/>
            <w:r w:rsidRPr="00AA1652">
              <w:rPr>
                <w:sz w:val="22"/>
              </w:rPr>
              <w:t>шийного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відділу</w:t>
            </w:r>
            <w:proofErr w:type="spellEnd"/>
            <w:r w:rsidRPr="00AA1652">
              <w:rPr>
                <w:sz w:val="22"/>
              </w:rPr>
              <w:t xml:space="preserve"> хребта </w:t>
            </w:r>
            <w:proofErr w:type="spellStart"/>
            <w:r w:rsidRPr="00AA1652">
              <w:rPr>
                <w:sz w:val="22"/>
              </w:rPr>
              <w:t>зі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вставкою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із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силіконовоі</w:t>
            </w:r>
            <w:proofErr w:type="spellEnd"/>
            <w:r w:rsidRPr="00AA1652">
              <w:rPr>
                <w:sz w:val="22"/>
              </w:rPr>
              <w:t xml:space="preserve">̈ </w:t>
            </w:r>
            <w:proofErr w:type="spellStart"/>
            <w:r w:rsidRPr="00AA1652">
              <w:rPr>
                <w:sz w:val="22"/>
              </w:rPr>
              <w:t>гуми</w:t>
            </w:r>
            <w:proofErr w:type="spellEnd"/>
            <w:r w:rsidRPr="00AA1652">
              <w:rPr>
                <w:sz w:val="22"/>
              </w:rPr>
              <w:t xml:space="preserve"> </w:t>
            </w:r>
            <w:proofErr w:type="spellStart"/>
            <w:r w:rsidRPr="00AA1652">
              <w:rPr>
                <w:sz w:val="22"/>
              </w:rPr>
              <w:t>або</w:t>
            </w:r>
            <w:proofErr w:type="spellEnd"/>
            <w:r w:rsidRPr="00AA1652">
              <w:rPr>
                <w:sz w:val="22"/>
              </w:rPr>
              <w:t xml:space="preserve"> каучуку</w:t>
            </w:r>
          </w:p>
        </w:tc>
        <w:tc>
          <w:tcPr>
            <w:tcW w:w="113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патент / заявка</w:t>
            </w:r>
          </w:p>
        </w:tc>
        <w:tc>
          <w:tcPr>
            <w:tcW w:w="29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r w:rsidRPr="00D54747">
              <w:t xml:space="preserve">Патент на </w:t>
            </w:r>
            <w:proofErr w:type="spellStart"/>
            <w:r w:rsidRPr="00D54747">
              <w:t>корисну</w:t>
            </w:r>
            <w:proofErr w:type="spellEnd"/>
            <w:r w:rsidRPr="00D54747">
              <w:t xml:space="preserve"> модель № 163449</w:t>
            </w:r>
          </w:p>
        </w:tc>
        <w:tc>
          <w:tcPr>
            <w:tcW w:w="104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D54747" w:rsidRDefault="00D54747" w:rsidP="00D54747">
            <w:pPr>
              <w:jc w:val="center"/>
            </w:pPr>
            <w:r w:rsidRPr="00D54747">
              <w:t>— / —</w:t>
            </w:r>
          </w:p>
        </w:tc>
        <w:tc>
          <w:tcPr>
            <w:tcW w:w="193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167317" w:rsidRDefault="00D54747" w:rsidP="00D54747">
            <w:r w:rsidRPr="00167317">
              <w:t xml:space="preserve">Федотова I, Попов А., Куценко В., </w:t>
            </w:r>
            <w:proofErr w:type="spellStart"/>
            <w:r w:rsidRPr="00167317">
              <w:t>Сіренко</w:t>
            </w:r>
            <w:proofErr w:type="spellEnd"/>
            <w:r w:rsidRPr="00167317">
              <w:t xml:space="preserve"> О.</w:t>
            </w:r>
          </w:p>
        </w:tc>
      </w:tr>
      <w:tr w:rsidR="00D54747" w:rsidRPr="000932CC" w:rsidTr="00FF4FAB">
        <w:trPr>
          <w:cantSplit/>
          <w:jc w:val="center"/>
        </w:trPr>
        <w:tc>
          <w:tcPr>
            <w:tcW w:w="10268" w:type="dxa"/>
            <w:gridSpan w:val="8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167317" w:rsidRDefault="00D54747" w:rsidP="00D54747">
            <w:pPr>
              <w:jc w:val="center"/>
            </w:pPr>
            <w:r w:rsidRPr="00167317">
              <w:rPr>
                <w:b/>
              </w:rPr>
              <w:t>IV. Н</w:t>
            </w:r>
            <w:proofErr w:type="spellStart"/>
            <w:r w:rsidRPr="00167317">
              <w:rPr>
                <w:b/>
                <w:lang w:val="uk-UA"/>
              </w:rPr>
              <w:t>авчально</w:t>
            </w:r>
            <w:proofErr w:type="spellEnd"/>
            <w:r w:rsidRPr="00167317">
              <w:rPr>
                <w:b/>
                <w:lang w:val="uk-UA"/>
              </w:rPr>
              <w:t>-методичні праці за профілем кафедри</w:t>
            </w:r>
          </w:p>
        </w:tc>
      </w:tr>
      <w:tr w:rsidR="00D54747" w:rsidRPr="00416B81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C66C89" w:rsidRDefault="00D54747" w:rsidP="00D54747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455" w:type="dxa"/>
            <w:vAlign w:val="center"/>
          </w:tcPr>
          <w:p w:rsidR="00D54747" w:rsidRPr="00081ECD" w:rsidRDefault="00D54747" w:rsidP="00D54747">
            <w:pPr>
              <w:rPr>
                <w:lang w:val="en-US"/>
              </w:rPr>
            </w:pPr>
            <w:r w:rsidRPr="00081ECD">
              <w:rPr>
                <w:lang w:val="en-US"/>
              </w:rPr>
              <w:t>Lumbar disk herniation/Radiculopathy Management</w:t>
            </w:r>
          </w:p>
        </w:tc>
        <w:tc>
          <w:tcPr>
            <w:tcW w:w="1104" w:type="dxa"/>
            <w:vAlign w:val="center"/>
          </w:tcPr>
          <w:p w:rsidR="00D54747" w:rsidRPr="00D54747" w:rsidRDefault="00D54747" w:rsidP="00D54747">
            <w:pPr>
              <w:jc w:val="center"/>
            </w:pPr>
            <w:proofErr w:type="spellStart"/>
            <w:r w:rsidRPr="00D54747">
              <w:t>розділ</w:t>
            </w:r>
            <w:proofErr w:type="spellEnd"/>
            <w:r w:rsidRPr="00D54747">
              <w:t xml:space="preserve"> книги</w:t>
            </w:r>
          </w:p>
        </w:tc>
        <w:tc>
          <w:tcPr>
            <w:tcW w:w="3007" w:type="dxa"/>
            <w:gridSpan w:val="2"/>
            <w:vAlign w:val="center"/>
          </w:tcPr>
          <w:p w:rsidR="00D54747" w:rsidRPr="00081ECD" w:rsidRDefault="00D54747" w:rsidP="00D54747">
            <w:pPr>
              <w:rPr>
                <w:lang w:val="en-US"/>
              </w:rPr>
            </w:pPr>
            <w:r w:rsidRPr="00081ECD">
              <w:rPr>
                <w:lang w:val="en-US"/>
              </w:rPr>
              <w:t>Spine: principles and practice. Lahor</w:t>
            </w:r>
            <w:r w:rsidRPr="00D54747">
              <w:rPr>
                <w:lang w:val="uk-UA"/>
              </w:rPr>
              <w:t>,</w:t>
            </w:r>
            <w:r w:rsidRPr="00081ECD">
              <w:rPr>
                <w:lang w:val="en-US"/>
              </w:rPr>
              <w:t xml:space="preserve"> 2018 P.373-384</w:t>
            </w:r>
          </w:p>
        </w:tc>
        <w:tc>
          <w:tcPr>
            <w:tcW w:w="1059" w:type="dxa"/>
            <w:gridSpan w:val="2"/>
            <w:vAlign w:val="center"/>
          </w:tcPr>
          <w:p w:rsidR="00D54747" w:rsidRPr="00167317" w:rsidRDefault="00D54747" w:rsidP="00D54747">
            <w:pPr>
              <w:jc w:val="center"/>
            </w:pPr>
            <w:r w:rsidRPr="00167317">
              <w:t>12 / 9</w:t>
            </w:r>
          </w:p>
        </w:tc>
        <w:tc>
          <w:tcPr>
            <w:tcW w:w="1917" w:type="dxa"/>
            <w:vAlign w:val="center"/>
          </w:tcPr>
          <w:p w:rsidR="00D54747" w:rsidRPr="00081ECD" w:rsidRDefault="00D54747" w:rsidP="00D54747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Radchenko V, Skidanov A, Dedukh N, </w:t>
            </w:r>
            <w:r w:rsidR="00167317" w:rsidRPr="00081ECD">
              <w:rPr>
                <w:bCs/>
                <w:color w:val="000000"/>
                <w:lang w:val="en-US"/>
              </w:rPr>
              <w:t>et al., 5 authors in all </w:t>
            </w:r>
          </w:p>
        </w:tc>
      </w:tr>
      <w:tr w:rsidR="00D54747" w:rsidRPr="00416B81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081ECD" w:rsidRDefault="00D54747" w:rsidP="00D54747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455" w:type="dxa"/>
            <w:vAlign w:val="center"/>
          </w:tcPr>
          <w:p w:rsidR="00D54747" w:rsidRPr="00D54747" w:rsidRDefault="00D54747" w:rsidP="00D54747">
            <w:r w:rsidRPr="00D54747">
              <w:t>Lumbar discectomy</w:t>
            </w:r>
          </w:p>
        </w:tc>
        <w:tc>
          <w:tcPr>
            <w:tcW w:w="1104" w:type="dxa"/>
            <w:vAlign w:val="center"/>
          </w:tcPr>
          <w:p w:rsidR="00D54747" w:rsidRPr="00D54747" w:rsidRDefault="00D54747" w:rsidP="00D54747">
            <w:pPr>
              <w:jc w:val="center"/>
            </w:pPr>
            <w:proofErr w:type="spellStart"/>
            <w:r w:rsidRPr="00D54747">
              <w:t>розділ</w:t>
            </w:r>
            <w:proofErr w:type="spellEnd"/>
            <w:r w:rsidRPr="00D54747">
              <w:t xml:space="preserve"> книги</w:t>
            </w:r>
          </w:p>
        </w:tc>
        <w:tc>
          <w:tcPr>
            <w:tcW w:w="3007" w:type="dxa"/>
            <w:gridSpan w:val="2"/>
            <w:vAlign w:val="center"/>
          </w:tcPr>
          <w:p w:rsidR="00D54747" w:rsidRPr="00D54747" w:rsidRDefault="00D54747" w:rsidP="00D54747">
            <w:r w:rsidRPr="00081ECD">
              <w:rPr>
                <w:lang w:val="en-US"/>
              </w:rPr>
              <w:t>Spine: principles and practice</w:t>
            </w:r>
            <w:r w:rsidRPr="00D54747">
              <w:rPr>
                <w:lang w:val="uk-UA"/>
              </w:rPr>
              <w:t xml:space="preserve">. </w:t>
            </w:r>
            <w:r w:rsidRPr="00081ECD">
              <w:rPr>
                <w:lang w:val="en-US"/>
              </w:rPr>
              <w:t>Update book company</w:t>
            </w:r>
            <w:r w:rsidRPr="00D54747">
              <w:rPr>
                <w:lang w:val="uk-UA"/>
              </w:rPr>
              <w:t>.</w:t>
            </w:r>
            <w:r w:rsidRPr="00081ECD">
              <w:rPr>
                <w:lang w:val="en-US"/>
              </w:rPr>
              <w:t xml:space="preserve"> </w:t>
            </w:r>
            <w:r w:rsidRPr="00D54747">
              <w:t>Lahor</w:t>
            </w:r>
            <w:r w:rsidRPr="00D54747">
              <w:rPr>
                <w:lang w:val="uk-UA"/>
              </w:rPr>
              <w:t xml:space="preserve">, </w:t>
            </w:r>
            <w:r w:rsidRPr="00D54747">
              <w:t>2018</w:t>
            </w:r>
            <w:r w:rsidRPr="00D54747">
              <w:rPr>
                <w:lang w:val="uk-UA"/>
              </w:rPr>
              <w:t>.</w:t>
            </w:r>
            <w:r w:rsidRPr="00D54747">
              <w:t xml:space="preserve"> P.385-392</w:t>
            </w:r>
          </w:p>
        </w:tc>
        <w:tc>
          <w:tcPr>
            <w:tcW w:w="1059" w:type="dxa"/>
            <w:gridSpan w:val="2"/>
            <w:vAlign w:val="center"/>
          </w:tcPr>
          <w:p w:rsidR="00D54747" w:rsidRPr="00167317" w:rsidRDefault="00D54747" w:rsidP="00D54747">
            <w:pPr>
              <w:jc w:val="center"/>
            </w:pPr>
            <w:r w:rsidRPr="00167317">
              <w:t>8 / 5</w:t>
            </w:r>
          </w:p>
        </w:tc>
        <w:tc>
          <w:tcPr>
            <w:tcW w:w="1917" w:type="dxa"/>
            <w:vAlign w:val="center"/>
          </w:tcPr>
          <w:p w:rsidR="00D54747" w:rsidRPr="00081ECD" w:rsidRDefault="00D54747" w:rsidP="00D54747">
            <w:pPr>
              <w:rPr>
                <w:lang w:val="en-US"/>
              </w:rPr>
            </w:pPr>
            <w:r w:rsidRPr="00081ECD">
              <w:rPr>
                <w:lang w:val="en-US"/>
              </w:rPr>
              <w:t xml:space="preserve">Radchenko V, Skidanov A, Dedukh N, </w:t>
            </w:r>
            <w:r w:rsidR="00167317" w:rsidRPr="00081ECD">
              <w:rPr>
                <w:bCs/>
                <w:color w:val="000000"/>
                <w:lang w:val="en-US"/>
              </w:rPr>
              <w:t>et al., 5 authors in all </w:t>
            </w:r>
          </w:p>
        </w:tc>
      </w:tr>
      <w:tr w:rsidR="00D54747" w:rsidRPr="000932CC" w:rsidTr="00FF4FAB">
        <w:trPr>
          <w:cantSplit/>
          <w:jc w:val="center"/>
        </w:trPr>
        <w:tc>
          <w:tcPr>
            <w:tcW w:w="72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D54747" w:rsidRPr="00081ECD" w:rsidRDefault="00D54747" w:rsidP="00D54747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455" w:type="dxa"/>
            <w:vAlign w:val="center"/>
          </w:tcPr>
          <w:p w:rsidR="00D54747" w:rsidRPr="00D54747" w:rsidRDefault="00D54747" w:rsidP="00D54747">
            <w:proofErr w:type="spellStart"/>
            <w:r w:rsidRPr="00D54747">
              <w:t>Біль</w:t>
            </w:r>
            <w:proofErr w:type="spellEnd"/>
            <w:r w:rsidRPr="00D54747">
              <w:t xml:space="preserve"> у </w:t>
            </w:r>
            <w:proofErr w:type="spellStart"/>
            <w:r w:rsidRPr="00D54747">
              <w:t>спині</w:t>
            </w:r>
            <w:proofErr w:type="spellEnd"/>
          </w:p>
        </w:tc>
        <w:tc>
          <w:tcPr>
            <w:tcW w:w="1104" w:type="dxa"/>
            <w:vAlign w:val="center"/>
          </w:tcPr>
          <w:p w:rsidR="00D54747" w:rsidRPr="00D54747" w:rsidRDefault="00D54747" w:rsidP="00D54747">
            <w:pPr>
              <w:jc w:val="center"/>
            </w:pPr>
            <w:r w:rsidRPr="00416B81">
              <w:rPr>
                <w:sz w:val="22"/>
              </w:rPr>
              <w:t xml:space="preserve">книга / </w:t>
            </w:r>
            <w:proofErr w:type="spellStart"/>
            <w:r w:rsidRPr="00416B81">
              <w:rPr>
                <w:sz w:val="22"/>
              </w:rPr>
              <w:t>посібник</w:t>
            </w:r>
            <w:proofErr w:type="spellEnd"/>
          </w:p>
        </w:tc>
        <w:tc>
          <w:tcPr>
            <w:tcW w:w="3007" w:type="dxa"/>
            <w:gridSpan w:val="2"/>
            <w:vAlign w:val="center"/>
          </w:tcPr>
          <w:p w:rsidR="00D54747" w:rsidRPr="00D54747" w:rsidRDefault="00D54747" w:rsidP="00D54747">
            <w:proofErr w:type="spellStart"/>
            <w:r w:rsidRPr="00D54747">
              <w:t>Посібник</w:t>
            </w:r>
            <w:proofErr w:type="spellEnd"/>
            <w:r w:rsidRPr="00D54747">
              <w:t xml:space="preserve"> для </w:t>
            </w:r>
            <w:proofErr w:type="spellStart"/>
            <w:r w:rsidRPr="00D54747">
              <w:t>сімейних</w:t>
            </w:r>
            <w:proofErr w:type="spellEnd"/>
            <w:r w:rsidRPr="00D54747">
              <w:t xml:space="preserve"> </w:t>
            </w:r>
            <w:proofErr w:type="spellStart"/>
            <w:r w:rsidRPr="00D54747">
              <w:t>лікарів</w:t>
            </w:r>
            <w:proofErr w:type="spellEnd"/>
            <w:r w:rsidRPr="00D54747">
              <w:t xml:space="preserve">. </w:t>
            </w:r>
            <w:r w:rsidRPr="00D54747">
              <w:rPr>
                <w:lang w:val="uk-UA"/>
              </w:rPr>
              <w:t xml:space="preserve">Харків, </w:t>
            </w:r>
            <w:r w:rsidRPr="00D54747">
              <w:t xml:space="preserve">2020, 107 </w:t>
            </w:r>
            <w:proofErr w:type="spellStart"/>
            <w:r w:rsidRPr="00D54747">
              <w:t>стор</w:t>
            </w:r>
            <w:proofErr w:type="spellEnd"/>
            <w:r w:rsidRPr="00D54747">
              <w:t>.</w:t>
            </w:r>
          </w:p>
        </w:tc>
        <w:tc>
          <w:tcPr>
            <w:tcW w:w="1059" w:type="dxa"/>
            <w:gridSpan w:val="2"/>
            <w:vAlign w:val="center"/>
          </w:tcPr>
          <w:p w:rsidR="00D54747" w:rsidRPr="00167317" w:rsidRDefault="00D54747" w:rsidP="00D54747">
            <w:pPr>
              <w:jc w:val="center"/>
            </w:pPr>
            <w:r w:rsidRPr="00167317">
              <w:t>107 / 21</w:t>
            </w:r>
          </w:p>
        </w:tc>
        <w:tc>
          <w:tcPr>
            <w:tcW w:w="1917" w:type="dxa"/>
            <w:vAlign w:val="center"/>
          </w:tcPr>
          <w:p w:rsidR="00D54747" w:rsidRPr="00167317" w:rsidRDefault="00D54747" w:rsidP="00D54747">
            <w:r w:rsidRPr="00167317">
              <w:t>Барков О.О., Радченко В.А.</w:t>
            </w:r>
          </w:p>
        </w:tc>
      </w:tr>
    </w:tbl>
    <w:p w:rsidR="00F54873" w:rsidRPr="00FF4FAB" w:rsidRDefault="00F54873" w:rsidP="00FF4FAB">
      <w:pPr>
        <w:rPr>
          <w:sz w:val="22"/>
        </w:rPr>
      </w:pPr>
    </w:p>
    <w:p w:rsidR="0003580F" w:rsidRDefault="0003580F" w:rsidP="00D54747">
      <w:pPr>
        <w:jc w:val="both"/>
        <w:rPr>
          <w:bCs/>
          <w:sz w:val="28"/>
          <w:lang w:val="uk-UA"/>
        </w:rPr>
      </w:pPr>
    </w:p>
    <w:p w:rsidR="00F54873" w:rsidRPr="000932CC" w:rsidRDefault="00D54747" w:rsidP="00D54747">
      <w:pPr>
        <w:jc w:val="both"/>
        <w:rPr>
          <w:sz w:val="28"/>
          <w:szCs w:val="28"/>
          <w:lang w:val="uk-UA"/>
        </w:rPr>
      </w:pPr>
      <w:r w:rsidRPr="0003580F">
        <w:rPr>
          <w:bCs/>
          <w:sz w:val="28"/>
          <w:lang w:val="uk-UA"/>
        </w:rPr>
        <w:t xml:space="preserve">Здобувач має ще 1 монографію, </w:t>
      </w:r>
      <w:r w:rsidR="00C66C89" w:rsidRPr="00C66C89">
        <w:rPr>
          <w:bCs/>
          <w:sz w:val="28"/>
        </w:rPr>
        <w:t>3</w:t>
      </w:r>
      <w:r w:rsidRPr="0003580F">
        <w:rPr>
          <w:bCs/>
          <w:sz w:val="28"/>
          <w:lang w:val="uk-UA"/>
        </w:rPr>
        <w:t xml:space="preserve"> підручник, </w:t>
      </w:r>
      <w:r w:rsidR="00C66C89" w:rsidRPr="00C66C89">
        <w:rPr>
          <w:bCs/>
          <w:sz w:val="28"/>
        </w:rPr>
        <w:t>14</w:t>
      </w:r>
      <w:r w:rsidRPr="0003580F">
        <w:rPr>
          <w:bCs/>
          <w:sz w:val="28"/>
          <w:lang w:val="uk-UA"/>
        </w:rPr>
        <w:t xml:space="preserve"> статті та 33 тези доповідей. </w:t>
      </w:r>
      <w:r w:rsidR="0015545C" w:rsidRPr="0003580F">
        <w:rPr>
          <w:sz w:val="28"/>
          <w:szCs w:val="28"/>
          <w:lang w:val="uk-UA"/>
        </w:rPr>
        <w:t>Загальна</w:t>
      </w:r>
      <w:r w:rsidR="0015545C" w:rsidRPr="000932CC">
        <w:rPr>
          <w:sz w:val="28"/>
          <w:szCs w:val="28"/>
          <w:lang w:val="uk-UA"/>
        </w:rPr>
        <w:t xml:space="preserve"> кількість публікацій 95</w:t>
      </w:r>
    </w:p>
    <w:p w:rsidR="00F54873" w:rsidRPr="000932CC" w:rsidRDefault="00F54873" w:rsidP="00D54747">
      <w:pPr>
        <w:ind w:left="567"/>
        <w:rPr>
          <w:sz w:val="28"/>
          <w:szCs w:val="28"/>
          <w:lang w:val="uk-UA"/>
        </w:rPr>
      </w:pPr>
    </w:p>
    <w:p w:rsidR="00045810" w:rsidRPr="000932CC" w:rsidRDefault="00D54747" w:rsidP="00D54747">
      <w:pPr>
        <w:ind w:left="567"/>
        <w:jc w:val="both"/>
        <w:rPr>
          <w:sz w:val="28"/>
          <w:szCs w:val="28"/>
          <w:lang w:val="uk-UA"/>
        </w:rPr>
      </w:pPr>
      <w:r w:rsidRPr="000932CC">
        <w:rPr>
          <w:sz w:val="28"/>
          <w:szCs w:val="28"/>
          <w:lang w:val="uk-UA"/>
        </w:rPr>
        <w:t>Здобувач</w:t>
      </w:r>
      <w:r w:rsidRPr="000932CC">
        <w:rPr>
          <w:sz w:val="28"/>
          <w:szCs w:val="28"/>
          <w:lang w:val="uk-UA"/>
        </w:rPr>
        <w:tab/>
      </w:r>
      <w:r w:rsidRPr="000932CC">
        <w:rPr>
          <w:sz w:val="28"/>
          <w:szCs w:val="28"/>
          <w:lang w:val="uk-UA"/>
        </w:rPr>
        <w:tab/>
      </w:r>
      <w:r w:rsidRPr="000932CC">
        <w:rPr>
          <w:sz w:val="28"/>
          <w:szCs w:val="28"/>
          <w:lang w:val="uk-UA"/>
        </w:rPr>
        <w:tab/>
      </w:r>
      <w:r w:rsidRPr="000932CC">
        <w:rPr>
          <w:sz w:val="28"/>
          <w:szCs w:val="28"/>
          <w:lang w:val="uk-UA"/>
        </w:rPr>
        <w:tab/>
      </w:r>
      <w:r w:rsidRPr="000932CC">
        <w:rPr>
          <w:sz w:val="28"/>
          <w:szCs w:val="28"/>
          <w:lang w:val="uk-UA"/>
        </w:rPr>
        <w:tab/>
      </w:r>
      <w:r w:rsidRPr="000932CC">
        <w:rPr>
          <w:sz w:val="28"/>
          <w:szCs w:val="28"/>
          <w:lang w:val="uk-UA"/>
        </w:rPr>
        <w:tab/>
      </w:r>
      <w:r w:rsidRPr="000932CC">
        <w:rPr>
          <w:sz w:val="28"/>
          <w:szCs w:val="28"/>
          <w:lang w:val="uk-UA"/>
        </w:rPr>
        <w:tab/>
      </w:r>
      <w:r w:rsidRPr="000932CC">
        <w:rPr>
          <w:sz w:val="28"/>
          <w:szCs w:val="28"/>
          <w:lang w:val="uk-UA"/>
        </w:rPr>
        <w:tab/>
      </w:r>
      <w:r w:rsidR="00313F21" w:rsidRPr="000932CC">
        <w:rPr>
          <w:sz w:val="28"/>
          <w:szCs w:val="28"/>
          <w:lang w:val="uk-UA"/>
        </w:rPr>
        <w:t>І</w:t>
      </w:r>
      <w:r w:rsidR="004A460C" w:rsidRPr="000932CC">
        <w:rPr>
          <w:sz w:val="28"/>
          <w:szCs w:val="28"/>
          <w:lang w:val="uk-UA"/>
        </w:rPr>
        <w:t xml:space="preserve">нга </w:t>
      </w:r>
      <w:r w:rsidR="00541E9A" w:rsidRPr="000932CC">
        <w:rPr>
          <w:sz w:val="28"/>
          <w:szCs w:val="28"/>
          <w:lang w:val="uk-UA"/>
        </w:rPr>
        <w:t>ФЕДОТОВА</w:t>
      </w:r>
    </w:p>
    <w:p w:rsidR="00313F21" w:rsidRPr="000932CC" w:rsidRDefault="00313F21" w:rsidP="00D54747">
      <w:pPr>
        <w:ind w:left="567"/>
        <w:rPr>
          <w:sz w:val="28"/>
          <w:szCs w:val="28"/>
          <w:lang w:val="uk-UA"/>
        </w:rPr>
      </w:pPr>
    </w:p>
    <w:p w:rsidR="00D54747" w:rsidRDefault="00D54747" w:rsidP="00D54747">
      <w:pPr>
        <w:ind w:left="567"/>
        <w:rPr>
          <w:sz w:val="28"/>
          <w:lang w:val="uk-UA"/>
        </w:rPr>
      </w:pPr>
      <w:r w:rsidRPr="00820DB1">
        <w:rPr>
          <w:sz w:val="28"/>
          <w:lang w:val="uk-UA"/>
        </w:rPr>
        <w:t>Засвідчено:</w:t>
      </w:r>
    </w:p>
    <w:p w:rsidR="00D54747" w:rsidRDefault="00313F21" w:rsidP="00D54747">
      <w:pPr>
        <w:ind w:left="567"/>
        <w:rPr>
          <w:sz w:val="28"/>
          <w:szCs w:val="28"/>
          <w:lang w:val="uk-UA"/>
        </w:rPr>
      </w:pPr>
      <w:r w:rsidRPr="00D54747">
        <w:rPr>
          <w:sz w:val="28"/>
          <w:szCs w:val="28"/>
          <w:lang w:val="uk-UA"/>
        </w:rPr>
        <w:t xml:space="preserve">Завідувач кафедри </w:t>
      </w:r>
    </w:p>
    <w:p w:rsidR="004A460C" w:rsidRPr="00D54747" w:rsidRDefault="004A460C" w:rsidP="00D54747">
      <w:pPr>
        <w:ind w:left="567"/>
        <w:rPr>
          <w:sz w:val="28"/>
          <w:szCs w:val="28"/>
          <w:lang w:val="uk-UA"/>
        </w:rPr>
      </w:pPr>
      <w:r w:rsidRPr="000932CC">
        <w:rPr>
          <w:sz w:val="28"/>
          <w:szCs w:val="28"/>
          <w:lang w:val="uk-UA"/>
        </w:rPr>
        <w:t>фундаментальної медичної підготовки</w:t>
      </w:r>
      <w:r w:rsidR="00D54747" w:rsidRPr="000932CC">
        <w:rPr>
          <w:sz w:val="28"/>
          <w:szCs w:val="28"/>
          <w:lang w:val="uk-UA"/>
        </w:rPr>
        <w:tab/>
      </w:r>
      <w:r w:rsidR="00D54747" w:rsidRPr="000932CC">
        <w:rPr>
          <w:sz w:val="28"/>
          <w:szCs w:val="28"/>
          <w:lang w:val="uk-UA"/>
        </w:rPr>
        <w:tab/>
      </w:r>
      <w:r w:rsidR="00D54747" w:rsidRPr="000932CC">
        <w:rPr>
          <w:sz w:val="28"/>
          <w:szCs w:val="28"/>
          <w:lang w:val="uk-UA"/>
        </w:rPr>
        <w:tab/>
      </w:r>
      <w:r w:rsidR="00541E9A" w:rsidRPr="000932CC">
        <w:rPr>
          <w:sz w:val="28"/>
          <w:szCs w:val="28"/>
          <w:lang w:val="uk-UA"/>
        </w:rPr>
        <w:t>Станіслав ПАНОВ</w:t>
      </w:r>
    </w:p>
    <w:p w:rsidR="00F54873" w:rsidRPr="000932CC" w:rsidRDefault="00F54873" w:rsidP="00D54747">
      <w:pPr>
        <w:ind w:left="567"/>
        <w:rPr>
          <w:sz w:val="28"/>
          <w:szCs w:val="28"/>
          <w:lang w:val="uk-UA"/>
        </w:rPr>
      </w:pPr>
    </w:p>
    <w:p w:rsidR="00313F21" w:rsidRPr="00D54747" w:rsidRDefault="004A460C" w:rsidP="00D54747">
      <w:pPr>
        <w:ind w:left="567"/>
        <w:rPr>
          <w:sz w:val="28"/>
          <w:szCs w:val="28"/>
        </w:rPr>
      </w:pPr>
      <w:r w:rsidRPr="00D54747">
        <w:rPr>
          <w:sz w:val="28"/>
          <w:szCs w:val="28"/>
        </w:rPr>
        <w:t xml:space="preserve">Учений </w:t>
      </w:r>
      <w:proofErr w:type="spellStart"/>
      <w:r w:rsidRPr="00D54747">
        <w:rPr>
          <w:sz w:val="28"/>
          <w:szCs w:val="28"/>
        </w:rPr>
        <w:t>секретар</w:t>
      </w:r>
      <w:proofErr w:type="spellEnd"/>
      <w:r w:rsidRPr="00D54747">
        <w:rPr>
          <w:sz w:val="28"/>
          <w:szCs w:val="28"/>
        </w:rPr>
        <w:t xml:space="preserve"> </w:t>
      </w:r>
      <w:r w:rsidR="00D54747">
        <w:rPr>
          <w:sz w:val="28"/>
          <w:szCs w:val="28"/>
        </w:rPr>
        <w:tab/>
      </w:r>
      <w:r w:rsidR="00D54747">
        <w:rPr>
          <w:sz w:val="28"/>
          <w:szCs w:val="28"/>
        </w:rPr>
        <w:tab/>
      </w:r>
      <w:r w:rsidR="00D54747">
        <w:rPr>
          <w:sz w:val="28"/>
          <w:szCs w:val="28"/>
        </w:rPr>
        <w:tab/>
      </w:r>
      <w:r w:rsidR="00D54747">
        <w:rPr>
          <w:sz w:val="28"/>
          <w:szCs w:val="28"/>
        </w:rPr>
        <w:tab/>
      </w:r>
      <w:r w:rsidR="00D54747">
        <w:rPr>
          <w:sz w:val="28"/>
          <w:szCs w:val="28"/>
        </w:rPr>
        <w:tab/>
      </w:r>
      <w:r w:rsidR="00D54747">
        <w:rPr>
          <w:sz w:val="28"/>
          <w:szCs w:val="28"/>
        </w:rPr>
        <w:tab/>
      </w:r>
      <w:r w:rsidR="00D54747">
        <w:rPr>
          <w:sz w:val="28"/>
          <w:szCs w:val="28"/>
        </w:rPr>
        <w:tab/>
      </w:r>
      <w:r w:rsidR="00313F21" w:rsidRPr="00D54747">
        <w:rPr>
          <w:sz w:val="28"/>
          <w:szCs w:val="28"/>
          <w:lang w:val="uk-UA"/>
        </w:rPr>
        <w:t>Олена ФРІДМАН</w:t>
      </w:r>
    </w:p>
    <w:sectPr w:rsidR="00313F21" w:rsidRPr="00D54747" w:rsidSect="00FF4FAB">
      <w:pgSz w:w="11906" w:h="16838"/>
      <w:pgMar w:top="680" w:right="680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7E7946"/>
    <w:multiLevelType w:val="hybridMultilevel"/>
    <w:tmpl w:val="3B383824"/>
    <w:lvl w:ilvl="0" w:tplc="E4F64DBE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C79"/>
    <w:rsid w:val="00034616"/>
    <w:rsid w:val="0003580F"/>
    <w:rsid w:val="00045810"/>
    <w:rsid w:val="0006063C"/>
    <w:rsid w:val="00074480"/>
    <w:rsid w:val="00074F93"/>
    <w:rsid w:val="00080325"/>
    <w:rsid w:val="00081ECD"/>
    <w:rsid w:val="000932CC"/>
    <w:rsid w:val="00134668"/>
    <w:rsid w:val="0015074B"/>
    <w:rsid w:val="0015545C"/>
    <w:rsid w:val="001630B8"/>
    <w:rsid w:val="00167317"/>
    <w:rsid w:val="0029639D"/>
    <w:rsid w:val="0030467E"/>
    <w:rsid w:val="00313F21"/>
    <w:rsid w:val="003153A6"/>
    <w:rsid w:val="00326F90"/>
    <w:rsid w:val="00350A7B"/>
    <w:rsid w:val="00392924"/>
    <w:rsid w:val="003C1470"/>
    <w:rsid w:val="003E246E"/>
    <w:rsid w:val="00416B81"/>
    <w:rsid w:val="00423CAF"/>
    <w:rsid w:val="00445C18"/>
    <w:rsid w:val="004A460C"/>
    <w:rsid w:val="004B2E24"/>
    <w:rsid w:val="004C068B"/>
    <w:rsid w:val="004D7C91"/>
    <w:rsid w:val="00541E9A"/>
    <w:rsid w:val="0058521A"/>
    <w:rsid w:val="006353E1"/>
    <w:rsid w:val="00656303"/>
    <w:rsid w:val="006730E4"/>
    <w:rsid w:val="006738DC"/>
    <w:rsid w:val="006D20FE"/>
    <w:rsid w:val="006F3B4A"/>
    <w:rsid w:val="006F7504"/>
    <w:rsid w:val="00744799"/>
    <w:rsid w:val="007A761F"/>
    <w:rsid w:val="007C7F4E"/>
    <w:rsid w:val="007D3639"/>
    <w:rsid w:val="008A1DC7"/>
    <w:rsid w:val="009861AC"/>
    <w:rsid w:val="009D1C5E"/>
    <w:rsid w:val="00A06F1E"/>
    <w:rsid w:val="00AA1652"/>
    <w:rsid w:val="00AA1D8D"/>
    <w:rsid w:val="00AB73BA"/>
    <w:rsid w:val="00AC2A5F"/>
    <w:rsid w:val="00B47730"/>
    <w:rsid w:val="00BC2ABA"/>
    <w:rsid w:val="00BE40A8"/>
    <w:rsid w:val="00C630BD"/>
    <w:rsid w:val="00C66C89"/>
    <w:rsid w:val="00C67AF3"/>
    <w:rsid w:val="00CA0A8D"/>
    <w:rsid w:val="00CB0664"/>
    <w:rsid w:val="00CD1D1A"/>
    <w:rsid w:val="00CF5CFC"/>
    <w:rsid w:val="00D03F36"/>
    <w:rsid w:val="00D35748"/>
    <w:rsid w:val="00D54747"/>
    <w:rsid w:val="00D90830"/>
    <w:rsid w:val="00DD77DE"/>
    <w:rsid w:val="00EA76D1"/>
    <w:rsid w:val="00EE5689"/>
    <w:rsid w:val="00EF2EC3"/>
    <w:rsid w:val="00F1174A"/>
    <w:rsid w:val="00F54873"/>
    <w:rsid w:val="00F861E1"/>
    <w:rsid w:val="00F8730F"/>
    <w:rsid w:val="00F93935"/>
    <w:rsid w:val="00FC693F"/>
    <w:rsid w:val="00FE09E5"/>
    <w:rsid w:val="00FF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370FEB7-AD1C-264F-8CA2-F27BE5FDC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81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2"/>
      <w:lang w:val="en-US" w:eastAsia="en-US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2"/>
      <w:lang w:val="en-US"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  <w:rPr>
      <w:rFonts w:eastAsiaTheme="minorEastAsia" w:cstheme="minorBidi"/>
      <w:sz w:val="20"/>
      <w:szCs w:val="22"/>
      <w:lang w:val="en-US" w:eastAsia="en-US"/>
    </w:r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  <w:rPr>
      <w:rFonts w:eastAsiaTheme="minorEastAsia" w:cstheme="minorBidi"/>
      <w:sz w:val="20"/>
      <w:szCs w:val="22"/>
      <w:lang w:val="en-US" w:eastAsia="en-US"/>
    </w:r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spacing w:after="200" w:line="276" w:lineRule="auto"/>
      <w:ind w:left="720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af">
    <w:name w:val="Body Text"/>
    <w:basedOn w:val="a1"/>
    <w:link w:val="af0"/>
    <w:uiPriority w:val="99"/>
    <w:unhideWhenUsed/>
    <w:rsid w:val="00AA1D8D"/>
    <w:pPr>
      <w:spacing w:after="120" w:line="276" w:lineRule="auto"/>
    </w:pPr>
    <w:rPr>
      <w:rFonts w:eastAsiaTheme="minorEastAsia" w:cstheme="minorBidi"/>
      <w:sz w:val="20"/>
      <w:szCs w:val="22"/>
      <w:lang w:val="en-US" w:eastAsia="en-US"/>
    </w:r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  <w:rPr>
      <w:rFonts w:eastAsiaTheme="minorEastAsia" w:cstheme="minorBidi"/>
      <w:sz w:val="20"/>
      <w:szCs w:val="22"/>
      <w:lang w:val="en-US" w:eastAsia="en-US"/>
    </w:r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 w:line="276" w:lineRule="auto"/>
    </w:pPr>
    <w:rPr>
      <w:rFonts w:eastAsiaTheme="minorEastAsia" w:cstheme="minorBidi"/>
      <w:sz w:val="16"/>
      <w:szCs w:val="16"/>
      <w:lang w:val="en-US" w:eastAsia="en-US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25">
    <w:name w:val="List 2"/>
    <w:basedOn w:val="a1"/>
    <w:uiPriority w:val="99"/>
    <w:unhideWhenUsed/>
    <w:rsid w:val="00326F90"/>
    <w:pPr>
      <w:spacing w:after="200" w:line="276" w:lineRule="auto"/>
      <w:ind w:left="720" w:hanging="360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35">
    <w:name w:val="List 3"/>
    <w:basedOn w:val="a1"/>
    <w:uiPriority w:val="99"/>
    <w:unhideWhenUsed/>
    <w:rsid w:val="00326F90"/>
    <w:pPr>
      <w:spacing w:after="200" w:line="276" w:lineRule="auto"/>
      <w:ind w:left="1080" w:hanging="360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200" w:line="276" w:lineRule="auto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spacing w:after="200" w:line="276" w:lineRule="auto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spacing w:after="200" w:line="276" w:lineRule="auto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200" w:line="276" w:lineRule="auto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spacing w:after="200" w:line="276" w:lineRule="auto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spacing w:after="200" w:line="276" w:lineRule="auto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af2">
    <w:name w:val="List Continue"/>
    <w:basedOn w:val="a1"/>
    <w:uiPriority w:val="99"/>
    <w:unhideWhenUsed/>
    <w:rsid w:val="0029639D"/>
    <w:pPr>
      <w:spacing w:after="120" w:line="276" w:lineRule="auto"/>
      <w:ind w:left="360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26">
    <w:name w:val="List Continue 2"/>
    <w:basedOn w:val="a1"/>
    <w:uiPriority w:val="99"/>
    <w:unhideWhenUsed/>
    <w:rsid w:val="0029639D"/>
    <w:pPr>
      <w:spacing w:after="120" w:line="276" w:lineRule="auto"/>
      <w:ind w:left="720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36">
    <w:name w:val="List Continue 3"/>
    <w:basedOn w:val="a1"/>
    <w:uiPriority w:val="99"/>
    <w:unhideWhenUsed/>
    <w:rsid w:val="0029639D"/>
    <w:pPr>
      <w:spacing w:after="120" w:line="276" w:lineRule="auto"/>
      <w:ind w:left="1080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pPr>
      <w:spacing w:after="200" w:line="276" w:lineRule="auto"/>
    </w:pPr>
    <w:rPr>
      <w:rFonts w:eastAsiaTheme="minorEastAsia" w:cstheme="minorBidi"/>
      <w:i/>
      <w:iCs/>
      <w:color w:val="000000" w:themeColor="text1"/>
      <w:sz w:val="20"/>
      <w:szCs w:val="22"/>
      <w:lang w:val="en-US" w:eastAsia="en-US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eastAsiaTheme="minorEastAsia" w:cstheme="minorBidi"/>
      <w:b/>
      <w:bCs/>
      <w:i/>
      <w:iCs/>
      <w:color w:val="4F81BD" w:themeColor="accent1"/>
      <w:sz w:val="20"/>
      <w:szCs w:val="22"/>
      <w:lang w:val="en-US" w:eastAsia="en-US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6353E1"/>
    <w:rPr>
      <w:color w:val="0000FF" w:themeColor="hyperlink"/>
      <w:u w:val="single"/>
    </w:rPr>
  </w:style>
  <w:style w:type="character" w:customStyle="1" w:styleId="1d">
    <w:name w:val="Неразрешенное упоминание1"/>
    <w:basedOn w:val="a2"/>
    <w:uiPriority w:val="99"/>
    <w:semiHidden/>
    <w:unhideWhenUsed/>
    <w:rsid w:val="006353E1"/>
    <w:rPr>
      <w:color w:val="605E5C"/>
      <w:shd w:val="clear" w:color="auto" w:fill="E1DFDD"/>
    </w:rPr>
  </w:style>
  <w:style w:type="character" w:styleId="affb">
    <w:name w:val="FollowedHyperlink"/>
    <w:basedOn w:val="a2"/>
    <w:uiPriority w:val="99"/>
    <w:semiHidden/>
    <w:unhideWhenUsed/>
    <w:rsid w:val="00081E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0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5674/0030-598720223-4138-143" TargetMode="External"/><Relationship Id="rId13" Type="http://schemas.openxmlformats.org/officeDocument/2006/relationships/hyperlink" Target="http://dx.doi.org/10.15674/0030-598720254115-124" TargetMode="External"/><Relationship Id="rId3" Type="http://schemas.openxmlformats.org/officeDocument/2006/relationships/styles" Target="styles.xml"/><Relationship Id="rId7" Type="http://schemas.openxmlformats.org/officeDocument/2006/relationships/hyperlink" Target="http://dx.doi.org/10.15674/0030-598720221-2118-122" TargetMode="External"/><Relationship Id="rId12" Type="http://schemas.openxmlformats.org/officeDocument/2006/relationships/hyperlink" Target="http://dx.doi.org/10.15674/0030-598720253103-11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dx.doi.org/10.15674/0030-59872021267-72" TargetMode="External"/><Relationship Id="rId11" Type="http://schemas.openxmlformats.org/officeDocument/2006/relationships/hyperlink" Target="http://10.22141/2224-0586.21.5.%20570-57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x.doi.org/10.15674/0030-59872024414-1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x.doi.org/10.15674/0030-59872023422-30" TargetMode="External"/><Relationship Id="rId14" Type="http://schemas.openxmlformats.org/officeDocument/2006/relationships/hyperlink" Target="https://doi.org/10.15674/0030-598720262122-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D3F213-FFFA-4990-962E-EFACFE18E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8330</Words>
  <Characters>4749</Characters>
  <Application>Microsoft Office Word</Application>
  <DocSecurity>0</DocSecurity>
  <Lines>39</Lines>
  <Paragraphs>26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13053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Onwer</cp:lastModifiedBy>
  <cp:revision>4</cp:revision>
  <dcterms:created xsi:type="dcterms:W3CDTF">2026-10-09T09:04:00Z</dcterms:created>
  <dcterms:modified xsi:type="dcterms:W3CDTF">2026-10-09T09:09:00Z</dcterms:modified>
  <cp:category/>
</cp:coreProperties>
</file>